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83785A" w14:textId="554E8472" w:rsidR="00C237BD" w:rsidRPr="00DE230B" w:rsidRDefault="00DE230B">
      <w:pPr>
        <w:spacing w:after="40"/>
        <w:rPr>
          <w:lang w:val="fr-CA"/>
        </w:rPr>
      </w:pPr>
      <w:r>
        <w:rPr>
          <w:noProof/>
          <w:lang w:val="fr-CA"/>
        </w:rPr>
        <w:drawing>
          <wp:inline distT="0" distB="0" distL="0" distR="0" wp14:anchorId="403BEE7E" wp14:editId="33F06E92">
            <wp:extent cx="1388794" cy="472190"/>
            <wp:effectExtent l="0" t="0" r="0" b="0"/>
            <wp:docPr id="2657034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703423" name="Picture 265703423"/>
                    <pic:cNvPicPr/>
                  </pic:nvPicPr>
                  <pic:blipFill>
                    <a:blip r:embed="rId8"/>
                    <a:stretch>
                      <a:fillRect/>
                    </a:stretch>
                  </pic:blipFill>
                  <pic:spPr>
                    <a:xfrm>
                      <a:off x="0" y="0"/>
                      <a:ext cx="1439318" cy="489368"/>
                    </a:xfrm>
                    <a:prstGeom prst="rect">
                      <a:avLst/>
                    </a:prstGeom>
                  </pic:spPr>
                </pic:pic>
              </a:graphicData>
            </a:graphic>
          </wp:inline>
        </w:drawing>
      </w:r>
    </w:p>
    <w:p w14:paraId="5BAD199E" w14:textId="77777777" w:rsidR="00C237BD" w:rsidRPr="00DE230B" w:rsidRDefault="00000000">
      <w:pPr>
        <w:spacing w:after="480"/>
        <w:rPr>
          <w:lang w:val="fr-CA"/>
        </w:rPr>
      </w:pPr>
      <w:r w:rsidRPr="00DE230B">
        <w:rPr>
          <w:i/>
          <w:color w:val="787878"/>
          <w:lang w:val="fr-CA"/>
        </w:rPr>
        <w:t>Vos démarches juridiques simplifiées au Québec</w:t>
      </w:r>
    </w:p>
    <w:p w14:paraId="1ABCA515" w14:textId="77777777" w:rsidR="00C237BD" w:rsidRPr="00DE230B" w:rsidRDefault="00000000">
      <w:pPr>
        <w:rPr>
          <w:lang w:val="fr-CA"/>
        </w:rPr>
      </w:pPr>
      <w:r w:rsidRPr="00DE230B">
        <w:rPr>
          <w:b/>
          <w:color w:val="282828"/>
          <w:sz w:val="44"/>
          <w:lang w:val="fr-CA"/>
        </w:rPr>
        <w:t>FORMULAIRE D'INVENTAIRE</w:t>
      </w:r>
      <w:r w:rsidRPr="00DE230B">
        <w:rPr>
          <w:b/>
          <w:color w:val="282828"/>
          <w:sz w:val="44"/>
          <w:lang w:val="fr-CA"/>
        </w:rPr>
        <w:br/>
        <w:t>SUCCESSORAL ET PATRIMONIAL</w:t>
      </w:r>
    </w:p>
    <w:p w14:paraId="5215D292" w14:textId="77777777" w:rsidR="00C237BD" w:rsidRPr="00DE230B" w:rsidRDefault="00000000">
      <w:pPr>
        <w:spacing w:after="360"/>
        <w:rPr>
          <w:lang w:val="fr-CA"/>
        </w:rPr>
      </w:pPr>
      <w:r w:rsidRPr="00DE230B">
        <w:rPr>
          <w:color w:val="646464"/>
          <w:sz w:val="24"/>
          <w:lang w:val="fr-CA"/>
        </w:rPr>
        <w:t>Le guide complet et personnalisable pour le liquidateur de succession</w:t>
      </w:r>
    </w:p>
    <w:p w14:paraId="2A3C10DE" w14:textId="77777777" w:rsidR="00C237BD" w:rsidRPr="00DE230B" w:rsidRDefault="00C237BD">
      <w:pPr>
        <w:pBdr>
          <w:bottom w:val="single" w:sz="18" w:space="1" w:color="F58946"/>
        </w:pBdr>
        <w:spacing w:after="360"/>
        <w:rPr>
          <w:lang w:val="fr-CA"/>
        </w:rPr>
      </w:pPr>
    </w:p>
    <w:p w14:paraId="5D5FE8B7" w14:textId="77777777" w:rsidR="00C237BD" w:rsidRPr="00DE230B" w:rsidRDefault="00000000">
      <w:pPr>
        <w:spacing w:after="240"/>
        <w:rPr>
          <w:lang w:val="fr-CA"/>
        </w:rPr>
      </w:pPr>
      <w:r w:rsidRPr="00DE230B">
        <w:rPr>
          <w:b/>
          <w:lang w:val="fr-CA"/>
        </w:rPr>
        <w:t xml:space="preserve">Félicitations pour votre initiative. </w:t>
      </w:r>
      <w:r w:rsidRPr="00DE230B">
        <w:rPr>
          <w:lang w:val="fr-CA"/>
        </w:rPr>
        <w:t>En tant que liquidateur d'une succession au Québec, vous avez la responsabilité légale de dresser un inventaire fidèle de l'actif et du passif du défunt. Ce document réunit les meilleures pratiques de l'inventaire officiel de succession et du carnet de planification patrimoniale de CAB Boucherville. Il vous permet de simplifier la transition pour la famille, de protéger les héritiers, et de répondre aux exigences légales québécoises.</w:t>
      </w:r>
    </w:p>
    <w:p w14:paraId="436FAD0A" w14:textId="77777777" w:rsidR="00C237BD" w:rsidRPr="00DE230B" w:rsidRDefault="00000000">
      <w:pPr>
        <w:pBdr>
          <w:left w:val="single" w:sz="24" w:space="12" w:color="F58946"/>
        </w:pBdr>
        <w:shd w:val="clear" w:color="auto" w:fill="FDF2EC"/>
        <w:spacing w:before="160" w:after="160"/>
        <w:ind w:left="360"/>
        <w:rPr>
          <w:lang w:val="fr-CA"/>
        </w:rPr>
      </w:pPr>
      <w:r>
        <w:rPr>
          <w:b/>
          <w:color w:val="F58946"/>
        </w:rPr>
        <w:t>💡</w:t>
      </w:r>
      <w:r w:rsidRPr="00DE230B">
        <w:rPr>
          <w:b/>
          <w:color w:val="F58946"/>
          <w:lang w:val="fr-CA"/>
        </w:rPr>
        <w:t xml:space="preserve"> Comment utiliser ce formulaire</w:t>
      </w:r>
      <w:r w:rsidRPr="00DE230B">
        <w:rPr>
          <w:b/>
          <w:color w:val="F58946"/>
          <w:lang w:val="fr-CA"/>
        </w:rPr>
        <w:br/>
      </w:r>
      <w:r w:rsidRPr="00DE230B">
        <w:rPr>
          <w:i/>
          <w:color w:val="505050"/>
          <w:sz w:val="19"/>
          <w:lang w:val="fr-CA"/>
        </w:rPr>
        <w:t xml:space="preserve">CONSEIL DE </w:t>
      </w:r>
      <w:proofErr w:type="gramStart"/>
      <w:r w:rsidRPr="00DE230B">
        <w:rPr>
          <w:i/>
          <w:color w:val="505050"/>
          <w:sz w:val="19"/>
          <w:lang w:val="fr-CA"/>
        </w:rPr>
        <w:t>JURICLIK :</w:t>
      </w:r>
      <w:proofErr w:type="gramEnd"/>
      <w:r w:rsidRPr="00DE230B">
        <w:rPr>
          <w:i/>
          <w:color w:val="505050"/>
          <w:sz w:val="19"/>
          <w:lang w:val="fr-CA"/>
        </w:rPr>
        <w:t xml:space="preserve"> Ce document est un modèle Google Docs interactif. Nous vous conseillons d'en faire une copie (Fichier &gt; Créer une copie) afin de pouvoir le remplir directement en ligne, le partager en toute sécurité avec les membres de la famille autorisés, et le mettre à jour en temps réel.</w:t>
      </w:r>
    </w:p>
    <w:p w14:paraId="2E4E3C70" w14:textId="77777777" w:rsidR="00C237BD" w:rsidRPr="00DE230B" w:rsidRDefault="00000000">
      <w:pPr>
        <w:rPr>
          <w:lang w:val="fr-CA"/>
        </w:rPr>
      </w:pPr>
      <w:r w:rsidRPr="00DE230B">
        <w:rPr>
          <w:lang w:val="fr-CA"/>
        </w:rPr>
        <w:br w:type="page"/>
      </w:r>
    </w:p>
    <w:p w14:paraId="0A716C6F" w14:textId="77777777" w:rsidR="00C237BD" w:rsidRDefault="00000000">
      <w:pPr>
        <w:pStyle w:val="Heading1"/>
      </w:pPr>
      <w:r>
        <w:lastRenderedPageBreak/>
        <w:t>1. Renseignements Généraux</w:t>
      </w:r>
    </w:p>
    <w:p w14:paraId="3C598656" w14:textId="77777777" w:rsidR="00C237BD" w:rsidRDefault="00000000">
      <w:pPr>
        <w:pStyle w:val="Heading2"/>
      </w:pPr>
      <w:r>
        <w:t>1.1 Identification du défunt</w:t>
      </w:r>
    </w:p>
    <w:tbl>
      <w:tblPr>
        <w:tblStyle w:val="TableGrid"/>
        <w:tblW w:w="0" w:type="auto"/>
        <w:jc w:val="center"/>
        <w:tblLayout w:type="fixed"/>
        <w:tblLook w:val="04A0" w:firstRow="1" w:lastRow="0" w:firstColumn="1" w:lastColumn="0" w:noHBand="0" w:noVBand="1"/>
      </w:tblPr>
      <w:tblGrid>
        <w:gridCol w:w="3600"/>
        <w:gridCol w:w="5760"/>
      </w:tblGrid>
      <w:tr w:rsidR="00C237BD" w14:paraId="4D304D95" w14:textId="77777777">
        <w:trPr>
          <w:jc w:val="center"/>
        </w:trPr>
        <w:tc>
          <w:tcPr>
            <w:tcW w:w="3600" w:type="dxa"/>
            <w:shd w:val="clear" w:color="auto" w:fill="F58946"/>
          </w:tcPr>
          <w:p w14:paraId="51836AEE" w14:textId="77777777" w:rsidR="00C237BD" w:rsidRDefault="00000000">
            <w:pPr>
              <w:spacing w:before="80" w:after="80"/>
            </w:pPr>
            <w:r>
              <w:rPr>
                <w:b/>
                <w:color w:val="FFFFFF"/>
                <w:sz w:val="19"/>
              </w:rPr>
              <w:t>Champs d'information</w:t>
            </w:r>
          </w:p>
        </w:tc>
        <w:tc>
          <w:tcPr>
            <w:tcW w:w="5760" w:type="dxa"/>
            <w:shd w:val="clear" w:color="auto" w:fill="F58946"/>
          </w:tcPr>
          <w:p w14:paraId="39AA168F" w14:textId="77777777" w:rsidR="00C237BD" w:rsidRDefault="00000000">
            <w:pPr>
              <w:spacing w:before="80" w:after="80"/>
            </w:pPr>
            <w:r>
              <w:rPr>
                <w:b/>
                <w:color w:val="FFFFFF"/>
                <w:sz w:val="19"/>
              </w:rPr>
              <w:t>Renseignements à compléter</w:t>
            </w:r>
          </w:p>
        </w:tc>
      </w:tr>
      <w:tr w:rsidR="00C237BD" w:rsidRPr="00DE230B" w14:paraId="6322FDA2" w14:textId="77777777">
        <w:trPr>
          <w:jc w:val="center"/>
        </w:trPr>
        <w:tc>
          <w:tcPr>
            <w:tcW w:w="3600" w:type="dxa"/>
            <w:shd w:val="clear" w:color="auto" w:fill="FAFAFA"/>
          </w:tcPr>
          <w:p w14:paraId="511D1A9B" w14:textId="77777777" w:rsidR="00C237BD" w:rsidRPr="00DE230B" w:rsidRDefault="00000000">
            <w:pPr>
              <w:rPr>
                <w:lang w:val="fr-CA"/>
              </w:rPr>
            </w:pPr>
            <w:r w:rsidRPr="00DE230B">
              <w:rPr>
                <w:b/>
                <w:lang w:val="fr-CA"/>
              </w:rPr>
              <w:t>Nom complet (Nom de naissance)</w:t>
            </w:r>
          </w:p>
        </w:tc>
        <w:tc>
          <w:tcPr>
            <w:tcW w:w="5760" w:type="dxa"/>
            <w:shd w:val="clear" w:color="auto" w:fill="FAFAFA"/>
          </w:tcPr>
          <w:p w14:paraId="64927F1A" w14:textId="77777777" w:rsidR="00C237BD" w:rsidRPr="00DE230B" w:rsidRDefault="00000000">
            <w:pPr>
              <w:spacing w:before="80" w:after="80"/>
              <w:rPr>
                <w:lang w:val="fr-CA"/>
              </w:rPr>
            </w:pPr>
            <w:r w:rsidRPr="00DE230B">
              <w:rPr>
                <w:sz w:val="19"/>
                <w:lang w:val="fr-CA"/>
              </w:rPr>
              <w:t xml:space="preserve"> </w:t>
            </w:r>
          </w:p>
        </w:tc>
      </w:tr>
      <w:tr w:rsidR="00C237BD" w14:paraId="289E090A" w14:textId="77777777">
        <w:trPr>
          <w:jc w:val="center"/>
        </w:trPr>
        <w:tc>
          <w:tcPr>
            <w:tcW w:w="3600" w:type="dxa"/>
            <w:shd w:val="clear" w:color="auto" w:fill="FFFFFF"/>
          </w:tcPr>
          <w:p w14:paraId="50690CFD" w14:textId="77777777" w:rsidR="00C237BD" w:rsidRDefault="00000000">
            <w:proofErr w:type="spellStart"/>
            <w:r>
              <w:rPr>
                <w:b/>
              </w:rPr>
              <w:t>Numéro</w:t>
            </w:r>
            <w:proofErr w:type="spellEnd"/>
            <w:r>
              <w:rPr>
                <w:b/>
              </w:rPr>
              <w:t xml:space="preserve"> </w:t>
            </w:r>
            <w:proofErr w:type="spellStart"/>
            <w:r>
              <w:rPr>
                <w:b/>
              </w:rPr>
              <w:t>d'assurance</w:t>
            </w:r>
            <w:proofErr w:type="spellEnd"/>
            <w:r>
              <w:rPr>
                <w:b/>
              </w:rPr>
              <w:t xml:space="preserve"> </w:t>
            </w:r>
            <w:proofErr w:type="spellStart"/>
            <w:r>
              <w:rPr>
                <w:b/>
              </w:rPr>
              <w:t>sociale</w:t>
            </w:r>
            <w:proofErr w:type="spellEnd"/>
            <w:r>
              <w:rPr>
                <w:b/>
              </w:rPr>
              <w:t xml:space="preserve"> (NAS)</w:t>
            </w:r>
          </w:p>
        </w:tc>
        <w:tc>
          <w:tcPr>
            <w:tcW w:w="5760" w:type="dxa"/>
            <w:shd w:val="clear" w:color="auto" w:fill="FFFFFF"/>
          </w:tcPr>
          <w:p w14:paraId="69241748" w14:textId="77777777" w:rsidR="00C237BD" w:rsidRDefault="00000000">
            <w:pPr>
              <w:spacing w:before="80" w:after="80"/>
            </w:pPr>
            <w:r>
              <w:rPr>
                <w:sz w:val="19"/>
              </w:rPr>
              <w:t xml:space="preserve"> </w:t>
            </w:r>
          </w:p>
        </w:tc>
      </w:tr>
      <w:tr w:rsidR="00C237BD" w14:paraId="6A9969C0" w14:textId="77777777">
        <w:trPr>
          <w:jc w:val="center"/>
        </w:trPr>
        <w:tc>
          <w:tcPr>
            <w:tcW w:w="3600" w:type="dxa"/>
            <w:shd w:val="clear" w:color="auto" w:fill="FAFAFA"/>
          </w:tcPr>
          <w:p w14:paraId="51CD7CFA" w14:textId="77777777" w:rsidR="00C237BD" w:rsidRDefault="00000000">
            <w:r>
              <w:rPr>
                <w:b/>
              </w:rPr>
              <w:t>Date de naissance</w:t>
            </w:r>
          </w:p>
        </w:tc>
        <w:tc>
          <w:tcPr>
            <w:tcW w:w="5760" w:type="dxa"/>
            <w:shd w:val="clear" w:color="auto" w:fill="FAFAFA"/>
          </w:tcPr>
          <w:p w14:paraId="53407370" w14:textId="77777777" w:rsidR="00C237BD" w:rsidRDefault="00000000">
            <w:pPr>
              <w:spacing w:before="80" w:after="80"/>
            </w:pPr>
            <w:r>
              <w:rPr>
                <w:sz w:val="19"/>
              </w:rPr>
              <w:t xml:space="preserve"> </w:t>
            </w:r>
          </w:p>
        </w:tc>
      </w:tr>
      <w:tr w:rsidR="00C237BD" w14:paraId="1DC7B3D9" w14:textId="77777777">
        <w:trPr>
          <w:jc w:val="center"/>
        </w:trPr>
        <w:tc>
          <w:tcPr>
            <w:tcW w:w="3600" w:type="dxa"/>
            <w:shd w:val="clear" w:color="auto" w:fill="FFFFFF"/>
          </w:tcPr>
          <w:p w14:paraId="1A7AD154" w14:textId="77777777" w:rsidR="00C237BD" w:rsidRDefault="00000000">
            <w:r>
              <w:rPr>
                <w:b/>
              </w:rPr>
              <w:t>Date du décès</w:t>
            </w:r>
          </w:p>
        </w:tc>
        <w:tc>
          <w:tcPr>
            <w:tcW w:w="5760" w:type="dxa"/>
            <w:shd w:val="clear" w:color="auto" w:fill="FFFFFF"/>
          </w:tcPr>
          <w:p w14:paraId="74BD508A" w14:textId="77777777" w:rsidR="00C237BD" w:rsidRDefault="00000000">
            <w:pPr>
              <w:spacing w:before="80" w:after="80"/>
            </w:pPr>
            <w:r>
              <w:rPr>
                <w:sz w:val="19"/>
              </w:rPr>
              <w:t xml:space="preserve"> </w:t>
            </w:r>
          </w:p>
        </w:tc>
      </w:tr>
      <w:tr w:rsidR="00C237BD" w14:paraId="0133B0CA" w14:textId="77777777">
        <w:trPr>
          <w:jc w:val="center"/>
        </w:trPr>
        <w:tc>
          <w:tcPr>
            <w:tcW w:w="3600" w:type="dxa"/>
            <w:shd w:val="clear" w:color="auto" w:fill="FAFAFA"/>
          </w:tcPr>
          <w:p w14:paraId="114B4D19" w14:textId="77777777" w:rsidR="00C237BD" w:rsidRDefault="00000000">
            <w:r>
              <w:rPr>
                <w:b/>
              </w:rPr>
              <w:t>Dernière adresse de résidence</w:t>
            </w:r>
          </w:p>
        </w:tc>
        <w:tc>
          <w:tcPr>
            <w:tcW w:w="5760" w:type="dxa"/>
            <w:shd w:val="clear" w:color="auto" w:fill="FAFAFA"/>
          </w:tcPr>
          <w:p w14:paraId="10D97394" w14:textId="77777777" w:rsidR="00C237BD" w:rsidRDefault="00000000">
            <w:pPr>
              <w:spacing w:before="80" w:after="80"/>
            </w:pPr>
            <w:r>
              <w:rPr>
                <w:sz w:val="19"/>
              </w:rPr>
              <w:t xml:space="preserve"> </w:t>
            </w:r>
          </w:p>
        </w:tc>
      </w:tr>
      <w:tr w:rsidR="00C237BD" w:rsidRPr="00DE230B" w14:paraId="42B5B764" w14:textId="77777777">
        <w:trPr>
          <w:jc w:val="center"/>
        </w:trPr>
        <w:tc>
          <w:tcPr>
            <w:tcW w:w="3600" w:type="dxa"/>
            <w:shd w:val="clear" w:color="auto" w:fill="FFFFFF"/>
          </w:tcPr>
          <w:p w14:paraId="3711D574" w14:textId="77777777" w:rsidR="00C237BD" w:rsidRPr="00DE230B" w:rsidRDefault="00000000">
            <w:pPr>
              <w:rPr>
                <w:lang w:val="fr-CA"/>
              </w:rPr>
            </w:pPr>
            <w:r w:rsidRPr="00DE230B">
              <w:rPr>
                <w:b/>
                <w:lang w:val="fr-CA"/>
              </w:rPr>
              <w:t>État civil (Célibataire, marié, divorcé, veuf)</w:t>
            </w:r>
          </w:p>
        </w:tc>
        <w:tc>
          <w:tcPr>
            <w:tcW w:w="5760" w:type="dxa"/>
            <w:shd w:val="clear" w:color="auto" w:fill="FFFFFF"/>
          </w:tcPr>
          <w:p w14:paraId="42369317" w14:textId="77777777" w:rsidR="00C237BD" w:rsidRPr="00DE230B" w:rsidRDefault="00000000">
            <w:pPr>
              <w:spacing w:before="80" w:after="80"/>
              <w:rPr>
                <w:lang w:val="fr-CA"/>
              </w:rPr>
            </w:pPr>
            <w:r w:rsidRPr="00DE230B">
              <w:rPr>
                <w:sz w:val="19"/>
                <w:lang w:val="fr-CA"/>
              </w:rPr>
              <w:t xml:space="preserve"> </w:t>
            </w:r>
          </w:p>
        </w:tc>
      </w:tr>
    </w:tbl>
    <w:p w14:paraId="50494F98" w14:textId="77777777" w:rsidR="00C237BD" w:rsidRPr="00DE230B" w:rsidRDefault="00C237BD">
      <w:pPr>
        <w:spacing w:before="120"/>
        <w:rPr>
          <w:lang w:val="fr-CA"/>
        </w:rPr>
      </w:pPr>
    </w:p>
    <w:p w14:paraId="277F5303" w14:textId="77777777" w:rsidR="00C237BD" w:rsidRDefault="00000000">
      <w:pPr>
        <w:pStyle w:val="Heading2"/>
      </w:pPr>
      <w:r>
        <w:t xml:space="preserve">1.2 Le </w:t>
      </w:r>
      <w:proofErr w:type="spellStart"/>
      <w:r>
        <w:t>liquidateur</w:t>
      </w:r>
      <w:proofErr w:type="spellEnd"/>
      <w:r>
        <w:t xml:space="preserve"> de la succession</w:t>
      </w:r>
    </w:p>
    <w:tbl>
      <w:tblPr>
        <w:tblStyle w:val="TableGrid"/>
        <w:tblW w:w="0" w:type="auto"/>
        <w:jc w:val="center"/>
        <w:tblLayout w:type="fixed"/>
        <w:tblLook w:val="04A0" w:firstRow="1" w:lastRow="0" w:firstColumn="1" w:lastColumn="0" w:noHBand="0" w:noVBand="1"/>
      </w:tblPr>
      <w:tblGrid>
        <w:gridCol w:w="3600"/>
        <w:gridCol w:w="5760"/>
      </w:tblGrid>
      <w:tr w:rsidR="00C237BD" w14:paraId="6386350D" w14:textId="77777777">
        <w:trPr>
          <w:jc w:val="center"/>
        </w:trPr>
        <w:tc>
          <w:tcPr>
            <w:tcW w:w="3600" w:type="dxa"/>
            <w:shd w:val="clear" w:color="auto" w:fill="F58946"/>
          </w:tcPr>
          <w:p w14:paraId="5AA056EE" w14:textId="77777777" w:rsidR="00C237BD" w:rsidRDefault="00000000">
            <w:pPr>
              <w:spacing w:before="80" w:after="80"/>
            </w:pPr>
            <w:r>
              <w:rPr>
                <w:b/>
                <w:color w:val="FFFFFF"/>
                <w:sz w:val="19"/>
              </w:rPr>
              <w:t>Champs d'information</w:t>
            </w:r>
          </w:p>
        </w:tc>
        <w:tc>
          <w:tcPr>
            <w:tcW w:w="5760" w:type="dxa"/>
            <w:shd w:val="clear" w:color="auto" w:fill="F58946"/>
          </w:tcPr>
          <w:p w14:paraId="5433D52E" w14:textId="77777777" w:rsidR="00C237BD" w:rsidRDefault="00000000">
            <w:pPr>
              <w:spacing w:before="80" w:after="80"/>
            </w:pPr>
            <w:r>
              <w:rPr>
                <w:b/>
                <w:color w:val="FFFFFF"/>
                <w:sz w:val="19"/>
              </w:rPr>
              <w:t>Renseignements à compléter</w:t>
            </w:r>
          </w:p>
        </w:tc>
      </w:tr>
      <w:tr w:rsidR="00C237BD" w14:paraId="6036EB8C" w14:textId="77777777">
        <w:trPr>
          <w:jc w:val="center"/>
        </w:trPr>
        <w:tc>
          <w:tcPr>
            <w:tcW w:w="3600" w:type="dxa"/>
            <w:shd w:val="clear" w:color="auto" w:fill="FAFAFA"/>
          </w:tcPr>
          <w:p w14:paraId="2EAE30C8" w14:textId="77777777" w:rsidR="00C237BD" w:rsidRDefault="00000000">
            <w:r>
              <w:rPr>
                <w:b/>
              </w:rPr>
              <w:t>Nom complet du liquidateur</w:t>
            </w:r>
          </w:p>
        </w:tc>
        <w:tc>
          <w:tcPr>
            <w:tcW w:w="5760" w:type="dxa"/>
            <w:shd w:val="clear" w:color="auto" w:fill="FAFAFA"/>
          </w:tcPr>
          <w:p w14:paraId="6B922233" w14:textId="77777777" w:rsidR="00C237BD" w:rsidRDefault="00000000">
            <w:pPr>
              <w:spacing w:before="80" w:after="80"/>
            </w:pPr>
            <w:r>
              <w:rPr>
                <w:sz w:val="19"/>
              </w:rPr>
              <w:t xml:space="preserve"> </w:t>
            </w:r>
          </w:p>
        </w:tc>
      </w:tr>
      <w:tr w:rsidR="00C237BD" w14:paraId="0859833D" w14:textId="77777777">
        <w:trPr>
          <w:jc w:val="center"/>
        </w:trPr>
        <w:tc>
          <w:tcPr>
            <w:tcW w:w="3600" w:type="dxa"/>
            <w:shd w:val="clear" w:color="auto" w:fill="FFFFFF"/>
          </w:tcPr>
          <w:p w14:paraId="35F73ECA" w14:textId="77777777" w:rsidR="00C237BD" w:rsidRDefault="00000000">
            <w:r>
              <w:rPr>
                <w:b/>
              </w:rPr>
              <w:t>Numéro de téléphone</w:t>
            </w:r>
          </w:p>
        </w:tc>
        <w:tc>
          <w:tcPr>
            <w:tcW w:w="5760" w:type="dxa"/>
            <w:shd w:val="clear" w:color="auto" w:fill="FFFFFF"/>
          </w:tcPr>
          <w:p w14:paraId="6930988F" w14:textId="77777777" w:rsidR="00C237BD" w:rsidRDefault="00000000">
            <w:pPr>
              <w:spacing w:before="80" w:after="80"/>
            </w:pPr>
            <w:r>
              <w:rPr>
                <w:sz w:val="19"/>
              </w:rPr>
              <w:t xml:space="preserve"> </w:t>
            </w:r>
          </w:p>
        </w:tc>
      </w:tr>
      <w:tr w:rsidR="00C237BD" w14:paraId="4EF6F3F2" w14:textId="77777777">
        <w:trPr>
          <w:jc w:val="center"/>
        </w:trPr>
        <w:tc>
          <w:tcPr>
            <w:tcW w:w="3600" w:type="dxa"/>
            <w:shd w:val="clear" w:color="auto" w:fill="FAFAFA"/>
          </w:tcPr>
          <w:p w14:paraId="6D0C741A" w14:textId="77777777" w:rsidR="00C237BD" w:rsidRDefault="00000000">
            <w:r>
              <w:rPr>
                <w:b/>
              </w:rPr>
              <w:t>Adresse courriel</w:t>
            </w:r>
          </w:p>
        </w:tc>
        <w:tc>
          <w:tcPr>
            <w:tcW w:w="5760" w:type="dxa"/>
            <w:shd w:val="clear" w:color="auto" w:fill="FAFAFA"/>
          </w:tcPr>
          <w:p w14:paraId="11CF0B73" w14:textId="77777777" w:rsidR="00C237BD" w:rsidRDefault="00000000">
            <w:pPr>
              <w:spacing w:before="80" w:after="80"/>
            </w:pPr>
            <w:r>
              <w:rPr>
                <w:sz w:val="19"/>
              </w:rPr>
              <w:t xml:space="preserve"> </w:t>
            </w:r>
          </w:p>
        </w:tc>
      </w:tr>
      <w:tr w:rsidR="00C237BD" w14:paraId="315D7A5B" w14:textId="77777777">
        <w:trPr>
          <w:jc w:val="center"/>
        </w:trPr>
        <w:tc>
          <w:tcPr>
            <w:tcW w:w="3600" w:type="dxa"/>
            <w:shd w:val="clear" w:color="auto" w:fill="FFFFFF"/>
          </w:tcPr>
          <w:p w14:paraId="72F97B74" w14:textId="77777777" w:rsidR="00C237BD" w:rsidRDefault="00000000">
            <w:r>
              <w:rPr>
                <w:b/>
              </w:rPr>
              <w:t>Adresse postale</w:t>
            </w:r>
          </w:p>
        </w:tc>
        <w:tc>
          <w:tcPr>
            <w:tcW w:w="5760" w:type="dxa"/>
            <w:shd w:val="clear" w:color="auto" w:fill="FFFFFF"/>
          </w:tcPr>
          <w:p w14:paraId="68020A99" w14:textId="77777777" w:rsidR="00C237BD" w:rsidRDefault="00000000">
            <w:pPr>
              <w:spacing w:before="80" w:after="80"/>
            </w:pPr>
            <w:r>
              <w:rPr>
                <w:sz w:val="19"/>
              </w:rPr>
              <w:t xml:space="preserve"> </w:t>
            </w:r>
          </w:p>
        </w:tc>
      </w:tr>
    </w:tbl>
    <w:p w14:paraId="6A2BC8AD" w14:textId="77777777" w:rsidR="00C237BD" w:rsidRDefault="00C237BD">
      <w:pPr>
        <w:spacing w:before="120"/>
      </w:pPr>
    </w:p>
    <w:p w14:paraId="2CBE89F6" w14:textId="77777777" w:rsidR="00C237BD" w:rsidRDefault="00000000">
      <w:pPr>
        <w:pStyle w:val="Heading2"/>
      </w:pPr>
      <w:r>
        <w:t>1.3 Conseillers et professionnels impliqués</w:t>
      </w:r>
    </w:p>
    <w:tbl>
      <w:tblPr>
        <w:tblStyle w:val="TableGrid"/>
        <w:tblW w:w="0" w:type="auto"/>
        <w:jc w:val="center"/>
        <w:tblLayout w:type="fixed"/>
        <w:tblLook w:val="04A0" w:firstRow="1" w:lastRow="0" w:firstColumn="1" w:lastColumn="0" w:noHBand="0" w:noVBand="1"/>
      </w:tblPr>
      <w:tblGrid>
        <w:gridCol w:w="3600"/>
        <w:gridCol w:w="5760"/>
      </w:tblGrid>
      <w:tr w:rsidR="00C237BD" w14:paraId="27F0EED9" w14:textId="77777777">
        <w:trPr>
          <w:jc w:val="center"/>
        </w:trPr>
        <w:tc>
          <w:tcPr>
            <w:tcW w:w="3600" w:type="dxa"/>
            <w:shd w:val="clear" w:color="auto" w:fill="F58946"/>
          </w:tcPr>
          <w:p w14:paraId="24BF7889" w14:textId="77777777" w:rsidR="00C237BD" w:rsidRDefault="00000000">
            <w:pPr>
              <w:spacing w:before="80" w:after="80"/>
            </w:pPr>
            <w:r>
              <w:rPr>
                <w:b/>
                <w:color w:val="FFFFFF"/>
                <w:sz w:val="19"/>
              </w:rPr>
              <w:t>Champs d'information</w:t>
            </w:r>
          </w:p>
        </w:tc>
        <w:tc>
          <w:tcPr>
            <w:tcW w:w="5760" w:type="dxa"/>
            <w:shd w:val="clear" w:color="auto" w:fill="F58946"/>
          </w:tcPr>
          <w:p w14:paraId="607FF543" w14:textId="77777777" w:rsidR="00C237BD" w:rsidRDefault="00000000">
            <w:pPr>
              <w:spacing w:before="80" w:after="80"/>
            </w:pPr>
            <w:r>
              <w:rPr>
                <w:b/>
                <w:color w:val="FFFFFF"/>
                <w:sz w:val="19"/>
              </w:rPr>
              <w:t>Renseignements à compléter</w:t>
            </w:r>
          </w:p>
        </w:tc>
      </w:tr>
      <w:tr w:rsidR="00C237BD" w14:paraId="074C0FA9" w14:textId="77777777">
        <w:trPr>
          <w:jc w:val="center"/>
        </w:trPr>
        <w:tc>
          <w:tcPr>
            <w:tcW w:w="3600" w:type="dxa"/>
            <w:shd w:val="clear" w:color="auto" w:fill="FAFAFA"/>
          </w:tcPr>
          <w:p w14:paraId="6107B6B3" w14:textId="77777777" w:rsidR="00C237BD" w:rsidRDefault="00000000">
            <w:r>
              <w:rPr>
                <w:b/>
              </w:rPr>
              <w:t>Notaire (recherche testamentaire &amp; acte)</w:t>
            </w:r>
          </w:p>
        </w:tc>
        <w:tc>
          <w:tcPr>
            <w:tcW w:w="5760" w:type="dxa"/>
            <w:shd w:val="clear" w:color="auto" w:fill="FAFAFA"/>
          </w:tcPr>
          <w:p w14:paraId="7FF8CFE2" w14:textId="77777777" w:rsidR="00C237BD" w:rsidRDefault="00000000">
            <w:pPr>
              <w:spacing w:before="80" w:after="80"/>
            </w:pPr>
            <w:r>
              <w:rPr>
                <w:sz w:val="19"/>
              </w:rPr>
              <w:t xml:space="preserve"> </w:t>
            </w:r>
          </w:p>
        </w:tc>
      </w:tr>
      <w:tr w:rsidR="00C237BD" w:rsidRPr="00DE230B" w14:paraId="7930078D" w14:textId="77777777">
        <w:trPr>
          <w:jc w:val="center"/>
        </w:trPr>
        <w:tc>
          <w:tcPr>
            <w:tcW w:w="3600" w:type="dxa"/>
            <w:shd w:val="clear" w:color="auto" w:fill="FFFFFF"/>
          </w:tcPr>
          <w:p w14:paraId="0C0171EE" w14:textId="77777777" w:rsidR="00C237BD" w:rsidRPr="00DE230B" w:rsidRDefault="00000000">
            <w:pPr>
              <w:rPr>
                <w:lang w:val="fr-CA"/>
              </w:rPr>
            </w:pPr>
            <w:r w:rsidRPr="00DE230B">
              <w:rPr>
                <w:b/>
                <w:lang w:val="fr-CA"/>
              </w:rPr>
              <w:t>Comptable / Fiscaliste (impôts de décès)</w:t>
            </w:r>
          </w:p>
        </w:tc>
        <w:tc>
          <w:tcPr>
            <w:tcW w:w="5760" w:type="dxa"/>
            <w:shd w:val="clear" w:color="auto" w:fill="FFFFFF"/>
          </w:tcPr>
          <w:p w14:paraId="2E7C7F65" w14:textId="77777777" w:rsidR="00C237BD" w:rsidRPr="00DE230B" w:rsidRDefault="00000000">
            <w:pPr>
              <w:spacing w:before="80" w:after="80"/>
              <w:rPr>
                <w:lang w:val="fr-CA"/>
              </w:rPr>
            </w:pPr>
            <w:r w:rsidRPr="00DE230B">
              <w:rPr>
                <w:sz w:val="19"/>
                <w:lang w:val="fr-CA"/>
              </w:rPr>
              <w:t xml:space="preserve"> </w:t>
            </w:r>
          </w:p>
        </w:tc>
      </w:tr>
      <w:tr w:rsidR="00C237BD" w14:paraId="0A73D860" w14:textId="77777777">
        <w:trPr>
          <w:jc w:val="center"/>
        </w:trPr>
        <w:tc>
          <w:tcPr>
            <w:tcW w:w="3600" w:type="dxa"/>
            <w:shd w:val="clear" w:color="auto" w:fill="FAFAFA"/>
          </w:tcPr>
          <w:p w14:paraId="429E9F76" w14:textId="77777777" w:rsidR="00C237BD" w:rsidRDefault="00000000">
            <w:proofErr w:type="spellStart"/>
            <w:r>
              <w:rPr>
                <w:b/>
              </w:rPr>
              <w:lastRenderedPageBreak/>
              <w:t>Conseiller</w:t>
            </w:r>
            <w:proofErr w:type="spellEnd"/>
            <w:r>
              <w:rPr>
                <w:b/>
              </w:rPr>
              <w:t xml:space="preserve"> financier / </w:t>
            </w:r>
            <w:proofErr w:type="spellStart"/>
            <w:r>
              <w:rPr>
                <w:b/>
              </w:rPr>
              <w:t>Planificateur</w:t>
            </w:r>
            <w:proofErr w:type="spellEnd"/>
          </w:p>
        </w:tc>
        <w:tc>
          <w:tcPr>
            <w:tcW w:w="5760" w:type="dxa"/>
            <w:shd w:val="clear" w:color="auto" w:fill="FAFAFA"/>
          </w:tcPr>
          <w:p w14:paraId="5A5859A4" w14:textId="77777777" w:rsidR="00C237BD" w:rsidRDefault="00000000">
            <w:pPr>
              <w:spacing w:before="80" w:after="80"/>
            </w:pPr>
            <w:r>
              <w:rPr>
                <w:sz w:val="19"/>
              </w:rPr>
              <w:t xml:space="preserve"> </w:t>
            </w:r>
          </w:p>
        </w:tc>
      </w:tr>
    </w:tbl>
    <w:p w14:paraId="19408EA7" w14:textId="77777777" w:rsidR="00C237BD" w:rsidRDefault="00C237BD">
      <w:pPr>
        <w:spacing w:before="120"/>
      </w:pPr>
    </w:p>
    <w:p w14:paraId="5CAD63D9" w14:textId="77777777" w:rsidR="00C237BD" w:rsidRPr="00DE230B" w:rsidRDefault="00000000">
      <w:pPr>
        <w:pStyle w:val="Heading1"/>
        <w:rPr>
          <w:lang w:val="fr-CA"/>
        </w:rPr>
      </w:pPr>
      <w:r w:rsidRPr="00DE230B">
        <w:rPr>
          <w:lang w:val="fr-CA"/>
        </w:rPr>
        <w:t>2. Localisation des Documents Légaux et Clés</w:t>
      </w:r>
    </w:p>
    <w:p w14:paraId="02DC6B1B" w14:textId="42F1EBE8" w:rsidR="00C237BD" w:rsidRPr="00DE230B" w:rsidRDefault="00000000">
      <w:pPr>
        <w:pBdr>
          <w:left w:val="single" w:sz="24" w:space="12" w:color="F58946"/>
        </w:pBdr>
        <w:shd w:val="clear" w:color="auto" w:fill="FDF2EC"/>
        <w:spacing w:before="160" w:after="160"/>
        <w:ind w:left="360"/>
        <w:rPr>
          <w:lang w:val="fr-CA"/>
        </w:rPr>
      </w:pPr>
      <w:r>
        <w:rPr>
          <w:b/>
          <w:color w:val="F58946"/>
        </w:rPr>
        <w:t>💡</w:t>
      </w:r>
      <w:r w:rsidRPr="00DE230B">
        <w:rPr>
          <w:b/>
          <w:color w:val="F58946"/>
          <w:lang w:val="fr-CA"/>
        </w:rPr>
        <w:t xml:space="preserve"> Pourquoi cette section est </w:t>
      </w:r>
      <w:r w:rsidR="00DE230B">
        <w:rPr>
          <w:b/>
          <w:color w:val="F58946"/>
          <w:lang w:val="fr-CA"/>
        </w:rPr>
        <w:t>importante</w:t>
      </w:r>
      <w:r w:rsidRPr="00DE230B">
        <w:rPr>
          <w:b/>
          <w:color w:val="F58946"/>
          <w:lang w:val="fr-CA"/>
        </w:rPr>
        <w:br/>
      </w:r>
      <w:r w:rsidRPr="00DE230B">
        <w:rPr>
          <w:i/>
          <w:color w:val="505050"/>
          <w:sz w:val="19"/>
          <w:lang w:val="fr-CA"/>
        </w:rPr>
        <w:t>L'un des plus grands défis pour les familles est de mettre la main sur les versions originales des documents juridiques. Indiquez précisément ici où sont rangés ces documents essentiels (ex: tiroir du bureau, classeur ignifuge, coffre-fort de la Banque Royale succursale Montréal, étude du notaire, etc.).</w:t>
      </w:r>
    </w:p>
    <w:tbl>
      <w:tblPr>
        <w:tblStyle w:val="TableGrid"/>
        <w:tblW w:w="0" w:type="auto"/>
        <w:jc w:val="center"/>
        <w:tblLayout w:type="fixed"/>
        <w:tblLook w:val="04A0" w:firstRow="1" w:lastRow="0" w:firstColumn="1" w:lastColumn="0" w:noHBand="0" w:noVBand="1"/>
      </w:tblPr>
      <w:tblGrid>
        <w:gridCol w:w="3600"/>
        <w:gridCol w:w="3312"/>
        <w:gridCol w:w="2448"/>
      </w:tblGrid>
      <w:tr w:rsidR="00C237BD" w14:paraId="335187F3" w14:textId="77777777">
        <w:trPr>
          <w:jc w:val="center"/>
        </w:trPr>
        <w:tc>
          <w:tcPr>
            <w:tcW w:w="3600" w:type="dxa"/>
            <w:shd w:val="clear" w:color="auto" w:fill="F58946"/>
          </w:tcPr>
          <w:p w14:paraId="5D05942B" w14:textId="77777777" w:rsidR="00C237BD" w:rsidRDefault="00000000">
            <w:pPr>
              <w:spacing w:before="80" w:after="80"/>
            </w:pPr>
            <w:r>
              <w:rPr>
                <w:b/>
                <w:color w:val="FFFFFF"/>
                <w:sz w:val="19"/>
              </w:rPr>
              <w:t xml:space="preserve">Document </w:t>
            </w:r>
            <w:proofErr w:type="spellStart"/>
            <w:r>
              <w:rPr>
                <w:b/>
                <w:color w:val="FFFFFF"/>
                <w:sz w:val="19"/>
              </w:rPr>
              <w:t>essentiel</w:t>
            </w:r>
            <w:proofErr w:type="spellEnd"/>
          </w:p>
        </w:tc>
        <w:tc>
          <w:tcPr>
            <w:tcW w:w="3312" w:type="dxa"/>
            <w:shd w:val="clear" w:color="auto" w:fill="F58946"/>
          </w:tcPr>
          <w:p w14:paraId="3A1219A7" w14:textId="77777777" w:rsidR="00C237BD" w:rsidRDefault="00000000">
            <w:pPr>
              <w:spacing w:before="80" w:after="80"/>
            </w:pPr>
            <w:r>
              <w:rPr>
                <w:b/>
                <w:color w:val="FFFFFF"/>
                <w:sz w:val="19"/>
              </w:rPr>
              <w:t>Emplacement physique exact</w:t>
            </w:r>
          </w:p>
        </w:tc>
        <w:tc>
          <w:tcPr>
            <w:tcW w:w="2448" w:type="dxa"/>
            <w:shd w:val="clear" w:color="auto" w:fill="F58946"/>
          </w:tcPr>
          <w:p w14:paraId="636EF8F4" w14:textId="77777777" w:rsidR="00C237BD" w:rsidRDefault="00000000">
            <w:pPr>
              <w:spacing w:before="80" w:after="80"/>
            </w:pPr>
            <w:r>
              <w:rPr>
                <w:b/>
                <w:color w:val="FFFFFF"/>
                <w:sz w:val="19"/>
              </w:rPr>
              <w:t>Notes / Contact</w:t>
            </w:r>
          </w:p>
        </w:tc>
      </w:tr>
      <w:tr w:rsidR="00C237BD" w:rsidRPr="00DE230B" w14:paraId="4A1CBC0E" w14:textId="77777777">
        <w:trPr>
          <w:jc w:val="center"/>
        </w:trPr>
        <w:tc>
          <w:tcPr>
            <w:tcW w:w="3600" w:type="dxa"/>
            <w:shd w:val="clear" w:color="auto" w:fill="FAFAFA"/>
          </w:tcPr>
          <w:p w14:paraId="59D950EA" w14:textId="77777777" w:rsidR="00C237BD" w:rsidRPr="00DE230B" w:rsidRDefault="00000000">
            <w:pPr>
              <w:rPr>
                <w:lang w:val="fr-CA"/>
              </w:rPr>
            </w:pPr>
            <w:r w:rsidRPr="00DE230B">
              <w:rPr>
                <w:b/>
                <w:lang w:val="fr-CA"/>
              </w:rPr>
              <w:t>Dernier Testament (original ou copie)</w:t>
            </w:r>
          </w:p>
        </w:tc>
        <w:tc>
          <w:tcPr>
            <w:tcW w:w="3312" w:type="dxa"/>
            <w:shd w:val="clear" w:color="auto" w:fill="FAFAFA"/>
          </w:tcPr>
          <w:p w14:paraId="01020078" w14:textId="77777777" w:rsidR="00C237BD" w:rsidRPr="00DE230B" w:rsidRDefault="00000000">
            <w:pPr>
              <w:spacing w:before="80" w:after="80"/>
              <w:rPr>
                <w:lang w:val="fr-CA"/>
              </w:rPr>
            </w:pPr>
            <w:r w:rsidRPr="00DE230B">
              <w:rPr>
                <w:sz w:val="19"/>
                <w:lang w:val="fr-CA"/>
              </w:rPr>
              <w:t xml:space="preserve"> </w:t>
            </w:r>
          </w:p>
        </w:tc>
        <w:tc>
          <w:tcPr>
            <w:tcW w:w="2448" w:type="dxa"/>
            <w:shd w:val="clear" w:color="auto" w:fill="FAFAFA"/>
          </w:tcPr>
          <w:p w14:paraId="44D8BECE" w14:textId="77777777" w:rsidR="00C237BD" w:rsidRPr="00DE230B" w:rsidRDefault="00000000">
            <w:pPr>
              <w:spacing w:before="80" w:after="80"/>
              <w:rPr>
                <w:lang w:val="fr-CA"/>
              </w:rPr>
            </w:pPr>
            <w:r w:rsidRPr="00DE230B">
              <w:rPr>
                <w:sz w:val="19"/>
                <w:lang w:val="fr-CA"/>
              </w:rPr>
              <w:t xml:space="preserve"> </w:t>
            </w:r>
          </w:p>
        </w:tc>
      </w:tr>
      <w:tr w:rsidR="00C237BD" w:rsidRPr="00DE230B" w14:paraId="2742120C" w14:textId="77777777">
        <w:trPr>
          <w:jc w:val="center"/>
        </w:trPr>
        <w:tc>
          <w:tcPr>
            <w:tcW w:w="3600" w:type="dxa"/>
            <w:shd w:val="clear" w:color="auto" w:fill="FFFFFF"/>
          </w:tcPr>
          <w:p w14:paraId="4B673482" w14:textId="77777777" w:rsidR="00C237BD" w:rsidRPr="00DE230B" w:rsidRDefault="00000000">
            <w:pPr>
              <w:rPr>
                <w:lang w:val="fr-CA"/>
              </w:rPr>
            </w:pPr>
            <w:r w:rsidRPr="00DE230B">
              <w:rPr>
                <w:b/>
                <w:lang w:val="fr-CA"/>
              </w:rPr>
              <w:t>Certificat de recherche testamentaire (Chambre des notaires &amp; Barreau)</w:t>
            </w:r>
          </w:p>
        </w:tc>
        <w:tc>
          <w:tcPr>
            <w:tcW w:w="3312" w:type="dxa"/>
            <w:shd w:val="clear" w:color="auto" w:fill="FFFFFF"/>
          </w:tcPr>
          <w:p w14:paraId="51564DBF" w14:textId="77777777" w:rsidR="00C237BD" w:rsidRPr="00DE230B" w:rsidRDefault="00000000">
            <w:pPr>
              <w:spacing w:before="80" w:after="80"/>
              <w:rPr>
                <w:lang w:val="fr-CA"/>
              </w:rPr>
            </w:pPr>
            <w:r w:rsidRPr="00DE230B">
              <w:rPr>
                <w:sz w:val="19"/>
                <w:lang w:val="fr-CA"/>
              </w:rPr>
              <w:t xml:space="preserve"> </w:t>
            </w:r>
          </w:p>
        </w:tc>
        <w:tc>
          <w:tcPr>
            <w:tcW w:w="2448" w:type="dxa"/>
            <w:shd w:val="clear" w:color="auto" w:fill="FFFFFF"/>
          </w:tcPr>
          <w:p w14:paraId="76F16F27" w14:textId="77777777" w:rsidR="00C237BD" w:rsidRPr="00DE230B" w:rsidRDefault="00000000">
            <w:pPr>
              <w:spacing w:before="80" w:after="80"/>
              <w:rPr>
                <w:lang w:val="fr-CA"/>
              </w:rPr>
            </w:pPr>
            <w:r w:rsidRPr="00DE230B">
              <w:rPr>
                <w:sz w:val="19"/>
                <w:lang w:val="fr-CA"/>
              </w:rPr>
              <w:t xml:space="preserve"> </w:t>
            </w:r>
          </w:p>
        </w:tc>
      </w:tr>
      <w:tr w:rsidR="00C237BD" w:rsidRPr="00DE230B" w14:paraId="131CE5BE" w14:textId="77777777">
        <w:trPr>
          <w:jc w:val="center"/>
        </w:trPr>
        <w:tc>
          <w:tcPr>
            <w:tcW w:w="3600" w:type="dxa"/>
            <w:shd w:val="clear" w:color="auto" w:fill="FAFAFA"/>
          </w:tcPr>
          <w:p w14:paraId="2CBB18F9" w14:textId="77777777" w:rsidR="00C237BD" w:rsidRPr="00DE230B" w:rsidRDefault="00000000">
            <w:pPr>
              <w:rPr>
                <w:lang w:val="fr-CA"/>
              </w:rPr>
            </w:pPr>
            <w:r w:rsidRPr="00DE230B">
              <w:rPr>
                <w:b/>
                <w:lang w:val="fr-CA"/>
              </w:rPr>
              <w:t>Contrat de mariage ou d'union civile</w:t>
            </w:r>
          </w:p>
        </w:tc>
        <w:tc>
          <w:tcPr>
            <w:tcW w:w="3312" w:type="dxa"/>
            <w:shd w:val="clear" w:color="auto" w:fill="FAFAFA"/>
          </w:tcPr>
          <w:p w14:paraId="20B9CE4B" w14:textId="77777777" w:rsidR="00C237BD" w:rsidRPr="00DE230B" w:rsidRDefault="00000000">
            <w:pPr>
              <w:spacing w:before="80" w:after="80"/>
              <w:rPr>
                <w:lang w:val="fr-CA"/>
              </w:rPr>
            </w:pPr>
            <w:r w:rsidRPr="00DE230B">
              <w:rPr>
                <w:sz w:val="19"/>
                <w:lang w:val="fr-CA"/>
              </w:rPr>
              <w:t xml:space="preserve"> </w:t>
            </w:r>
          </w:p>
        </w:tc>
        <w:tc>
          <w:tcPr>
            <w:tcW w:w="2448" w:type="dxa"/>
            <w:shd w:val="clear" w:color="auto" w:fill="FAFAFA"/>
          </w:tcPr>
          <w:p w14:paraId="132BD1D0" w14:textId="77777777" w:rsidR="00C237BD" w:rsidRPr="00DE230B" w:rsidRDefault="00000000">
            <w:pPr>
              <w:spacing w:before="80" w:after="80"/>
              <w:rPr>
                <w:lang w:val="fr-CA"/>
              </w:rPr>
            </w:pPr>
            <w:r w:rsidRPr="00DE230B">
              <w:rPr>
                <w:sz w:val="19"/>
                <w:lang w:val="fr-CA"/>
              </w:rPr>
              <w:t xml:space="preserve"> </w:t>
            </w:r>
          </w:p>
        </w:tc>
      </w:tr>
      <w:tr w:rsidR="00C237BD" w:rsidRPr="00DE230B" w14:paraId="28AF786E" w14:textId="77777777">
        <w:trPr>
          <w:jc w:val="center"/>
        </w:trPr>
        <w:tc>
          <w:tcPr>
            <w:tcW w:w="3600" w:type="dxa"/>
            <w:shd w:val="clear" w:color="auto" w:fill="FFFFFF"/>
          </w:tcPr>
          <w:p w14:paraId="56A660F2" w14:textId="77777777" w:rsidR="00C237BD" w:rsidRPr="00DE230B" w:rsidRDefault="00000000">
            <w:pPr>
              <w:rPr>
                <w:lang w:val="fr-CA"/>
              </w:rPr>
            </w:pPr>
            <w:r w:rsidRPr="00DE230B">
              <w:rPr>
                <w:b/>
                <w:lang w:val="fr-CA"/>
              </w:rPr>
              <w:t>Jugement de divorce (si applicable)</w:t>
            </w:r>
          </w:p>
        </w:tc>
        <w:tc>
          <w:tcPr>
            <w:tcW w:w="3312" w:type="dxa"/>
            <w:shd w:val="clear" w:color="auto" w:fill="FFFFFF"/>
          </w:tcPr>
          <w:p w14:paraId="47E20339" w14:textId="77777777" w:rsidR="00C237BD" w:rsidRPr="00DE230B" w:rsidRDefault="00000000">
            <w:pPr>
              <w:spacing w:before="80" w:after="80"/>
              <w:rPr>
                <w:lang w:val="fr-CA"/>
              </w:rPr>
            </w:pPr>
            <w:r w:rsidRPr="00DE230B">
              <w:rPr>
                <w:sz w:val="19"/>
                <w:lang w:val="fr-CA"/>
              </w:rPr>
              <w:t xml:space="preserve"> </w:t>
            </w:r>
          </w:p>
        </w:tc>
        <w:tc>
          <w:tcPr>
            <w:tcW w:w="2448" w:type="dxa"/>
            <w:shd w:val="clear" w:color="auto" w:fill="FFFFFF"/>
          </w:tcPr>
          <w:p w14:paraId="44A27D58" w14:textId="77777777" w:rsidR="00C237BD" w:rsidRPr="00DE230B" w:rsidRDefault="00000000">
            <w:pPr>
              <w:spacing w:before="80" w:after="80"/>
              <w:rPr>
                <w:lang w:val="fr-CA"/>
              </w:rPr>
            </w:pPr>
            <w:r w:rsidRPr="00DE230B">
              <w:rPr>
                <w:sz w:val="19"/>
                <w:lang w:val="fr-CA"/>
              </w:rPr>
              <w:t xml:space="preserve"> </w:t>
            </w:r>
          </w:p>
        </w:tc>
      </w:tr>
      <w:tr w:rsidR="00C237BD" w14:paraId="09416B5F" w14:textId="77777777">
        <w:trPr>
          <w:jc w:val="center"/>
        </w:trPr>
        <w:tc>
          <w:tcPr>
            <w:tcW w:w="3600" w:type="dxa"/>
            <w:shd w:val="clear" w:color="auto" w:fill="FAFAFA"/>
          </w:tcPr>
          <w:p w14:paraId="6EABD72B" w14:textId="77777777" w:rsidR="00C237BD" w:rsidRDefault="00000000">
            <w:proofErr w:type="spellStart"/>
            <w:r>
              <w:rPr>
                <w:b/>
              </w:rPr>
              <w:t>Contrats</w:t>
            </w:r>
            <w:proofErr w:type="spellEnd"/>
            <w:r>
              <w:rPr>
                <w:b/>
              </w:rPr>
              <w:t xml:space="preserve"> </w:t>
            </w:r>
            <w:proofErr w:type="spellStart"/>
            <w:r>
              <w:rPr>
                <w:b/>
              </w:rPr>
              <w:t>d'assurance</w:t>
            </w:r>
            <w:proofErr w:type="spellEnd"/>
            <w:r>
              <w:rPr>
                <w:b/>
              </w:rPr>
              <w:t>-vie (polices)</w:t>
            </w:r>
          </w:p>
        </w:tc>
        <w:tc>
          <w:tcPr>
            <w:tcW w:w="3312" w:type="dxa"/>
            <w:shd w:val="clear" w:color="auto" w:fill="FAFAFA"/>
          </w:tcPr>
          <w:p w14:paraId="516A8A33" w14:textId="77777777" w:rsidR="00C237BD" w:rsidRDefault="00000000">
            <w:pPr>
              <w:spacing w:before="80" w:after="80"/>
            </w:pPr>
            <w:r>
              <w:rPr>
                <w:sz w:val="19"/>
              </w:rPr>
              <w:t xml:space="preserve"> </w:t>
            </w:r>
          </w:p>
        </w:tc>
        <w:tc>
          <w:tcPr>
            <w:tcW w:w="2448" w:type="dxa"/>
            <w:shd w:val="clear" w:color="auto" w:fill="FAFAFA"/>
          </w:tcPr>
          <w:p w14:paraId="7F44B0D9" w14:textId="77777777" w:rsidR="00C237BD" w:rsidRDefault="00000000">
            <w:pPr>
              <w:spacing w:before="80" w:after="80"/>
            </w:pPr>
            <w:r>
              <w:rPr>
                <w:sz w:val="19"/>
              </w:rPr>
              <w:t xml:space="preserve"> </w:t>
            </w:r>
          </w:p>
        </w:tc>
      </w:tr>
      <w:tr w:rsidR="00C237BD" w:rsidRPr="00DE230B" w14:paraId="2B6EF372" w14:textId="77777777">
        <w:trPr>
          <w:jc w:val="center"/>
        </w:trPr>
        <w:tc>
          <w:tcPr>
            <w:tcW w:w="3600" w:type="dxa"/>
            <w:shd w:val="clear" w:color="auto" w:fill="FFFFFF"/>
          </w:tcPr>
          <w:p w14:paraId="2DC0DCA0" w14:textId="77777777" w:rsidR="00C237BD" w:rsidRPr="00DE230B" w:rsidRDefault="00000000">
            <w:pPr>
              <w:rPr>
                <w:lang w:val="fr-CA"/>
              </w:rPr>
            </w:pPr>
            <w:r w:rsidRPr="00DE230B">
              <w:rPr>
                <w:b/>
                <w:lang w:val="fr-CA"/>
              </w:rPr>
              <w:t>Clés et carte d'accès du coffre-fort bancaire</w:t>
            </w:r>
          </w:p>
        </w:tc>
        <w:tc>
          <w:tcPr>
            <w:tcW w:w="3312" w:type="dxa"/>
            <w:shd w:val="clear" w:color="auto" w:fill="FFFFFF"/>
          </w:tcPr>
          <w:p w14:paraId="5ADCBA0B" w14:textId="77777777" w:rsidR="00C237BD" w:rsidRPr="00DE230B" w:rsidRDefault="00000000">
            <w:pPr>
              <w:spacing w:before="80" w:after="80"/>
              <w:rPr>
                <w:lang w:val="fr-CA"/>
              </w:rPr>
            </w:pPr>
            <w:r w:rsidRPr="00DE230B">
              <w:rPr>
                <w:sz w:val="19"/>
                <w:lang w:val="fr-CA"/>
              </w:rPr>
              <w:t xml:space="preserve"> </w:t>
            </w:r>
          </w:p>
        </w:tc>
        <w:tc>
          <w:tcPr>
            <w:tcW w:w="2448" w:type="dxa"/>
            <w:shd w:val="clear" w:color="auto" w:fill="FFFFFF"/>
          </w:tcPr>
          <w:p w14:paraId="60DA229E" w14:textId="77777777" w:rsidR="00C237BD" w:rsidRPr="00DE230B" w:rsidRDefault="00000000">
            <w:pPr>
              <w:spacing w:before="80" w:after="80"/>
              <w:rPr>
                <w:lang w:val="fr-CA"/>
              </w:rPr>
            </w:pPr>
            <w:r w:rsidRPr="00DE230B">
              <w:rPr>
                <w:sz w:val="19"/>
                <w:lang w:val="fr-CA"/>
              </w:rPr>
              <w:t xml:space="preserve"> </w:t>
            </w:r>
          </w:p>
        </w:tc>
      </w:tr>
    </w:tbl>
    <w:p w14:paraId="5A7E3368" w14:textId="77777777" w:rsidR="00C237BD" w:rsidRPr="00DE230B" w:rsidRDefault="00C237BD">
      <w:pPr>
        <w:spacing w:before="120"/>
        <w:rPr>
          <w:lang w:val="fr-CA"/>
        </w:rPr>
      </w:pPr>
    </w:p>
    <w:p w14:paraId="3686F233" w14:textId="77777777" w:rsidR="00C237BD" w:rsidRPr="00DE230B" w:rsidRDefault="00000000">
      <w:pPr>
        <w:pStyle w:val="Heading1"/>
        <w:rPr>
          <w:lang w:val="fr-CA"/>
        </w:rPr>
      </w:pPr>
      <w:r w:rsidRPr="00DE230B">
        <w:rPr>
          <w:lang w:val="fr-CA"/>
        </w:rPr>
        <w:t>3. Inventaire de l'Actif (Bilan des Biens)</w:t>
      </w:r>
    </w:p>
    <w:p w14:paraId="72066B10" w14:textId="77777777" w:rsidR="00C237BD" w:rsidRPr="00DE230B" w:rsidRDefault="00000000">
      <w:pPr>
        <w:rPr>
          <w:lang w:val="fr-CA"/>
        </w:rPr>
      </w:pPr>
      <w:r w:rsidRPr="00DE230B">
        <w:rPr>
          <w:lang w:val="fr-CA"/>
        </w:rPr>
        <w:t>Selon le Code civil du Québec, l'inventaire doit indiquer la juste valeur marchande (JVM) de chaque bien à la date exacte du décès. Indiquez ci-dessous les actifs bancaires, financiers et matériels.</w:t>
      </w:r>
    </w:p>
    <w:p w14:paraId="7B462B29" w14:textId="77777777" w:rsidR="00C237BD" w:rsidRPr="00DE230B" w:rsidRDefault="00000000">
      <w:pPr>
        <w:pStyle w:val="Heading2"/>
        <w:rPr>
          <w:lang w:val="fr-CA"/>
        </w:rPr>
      </w:pPr>
      <w:r w:rsidRPr="00DE230B">
        <w:rPr>
          <w:lang w:val="fr-CA"/>
        </w:rPr>
        <w:lastRenderedPageBreak/>
        <w:t>3.1 Comptes bancaires et liquidités</w:t>
      </w:r>
    </w:p>
    <w:tbl>
      <w:tblPr>
        <w:tblStyle w:val="TableGrid"/>
        <w:tblW w:w="0" w:type="auto"/>
        <w:jc w:val="center"/>
        <w:tblLayout w:type="fixed"/>
        <w:tblLook w:val="04A0" w:firstRow="1" w:lastRow="0" w:firstColumn="1" w:lastColumn="0" w:noHBand="0" w:noVBand="1"/>
      </w:tblPr>
      <w:tblGrid>
        <w:gridCol w:w="2880"/>
        <w:gridCol w:w="2592"/>
        <w:gridCol w:w="2160"/>
        <w:gridCol w:w="1728"/>
      </w:tblGrid>
      <w:tr w:rsidR="00C237BD" w14:paraId="764CEF2F" w14:textId="77777777">
        <w:trPr>
          <w:jc w:val="center"/>
        </w:trPr>
        <w:tc>
          <w:tcPr>
            <w:tcW w:w="2880" w:type="dxa"/>
            <w:shd w:val="clear" w:color="auto" w:fill="F58946"/>
          </w:tcPr>
          <w:p w14:paraId="4DF2C8BE" w14:textId="77777777" w:rsidR="00C237BD" w:rsidRDefault="00000000">
            <w:pPr>
              <w:spacing w:before="80" w:after="80"/>
            </w:pPr>
            <w:r>
              <w:rPr>
                <w:b/>
                <w:color w:val="FFFFFF"/>
                <w:sz w:val="19"/>
              </w:rPr>
              <w:t>Institution financière</w:t>
            </w:r>
          </w:p>
        </w:tc>
        <w:tc>
          <w:tcPr>
            <w:tcW w:w="2592" w:type="dxa"/>
            <w:shd w:val="clear" w:color="auto" w:fill="F58946"/>
          </w:tcPr>
          <w:p w14:paraId="760BFCCF" w14:textId="77777777" w:rsidR="00C237BD" w:rsidRPr="00DE230B" w:rsidRDefault="00000000">
            <w:pPr>
              <w:spacing w:before="80" w:after="80"/>
              <w:rPr>
                <w:lang w:val="fr-CA"/>
              </w:rPr>
            </w:pPr>
            <w:r w:rsidRPr="00DE230B">
              <w:rPr>
                <w:b/>
                <w:color w:val="FFFFFF"/>
                <w:sz w:val="19"/>
                <w:lang w:val="fr-CA"/>
              </w:rPr>
              <w:t>Type de compte (Chèque/Épargne)</w:t>
            </w:r>
          </w:p>
        </w:tc>
        <w:tc>
          <w:tcPr>
            <w:tcW w:w="2160" w:type="dxa"/>
            <w:shd w:val="clear" w:color="auto" w:fill="F58946"/>
          </w:tcPr>
          <w:p w14:paraId="44EE7E98" w14:textId="77777777" w:rsidR="00C237BD" w:rsidRDefault="00000000">
            <w:pPr>
              <w:spacing w:before="80" w:after="80"/>
            </w:pPr>
            <w:proofErr w:type="spellStart"/>
            <w:r>
              <w:rPr>
                <w:b/>
                <w:color w:val="FFFFFF"/>
                <w:sz w:val="19"/>
              </w:rPr>
              <w:t>Numéro</w:t>
            </w:r>
            <w:proofErr w:type="spellEnd"/>
            <w:r>
              <w:rPr>
                <w:b/>
                <w:color w:val="FFFFFF"/>
                <w:sz w:val="19"/>
              </w:rPr>
              <w:t xml:space="preserve"> de compte</w:t>
            </w:r>
          </w:p>
        </w:tc>
        <w:tc>
          <w:tcPr>
            <w:tcW w:w="1728" w:type="dxa"/>
            <w:shd w:val="clear" w:color="auto" w:fill="F58946"/>
          </w:tcPr>
          <w:p w14:paraId="0C7B6E8E" w14:textId="77777777" w:rsidR="00C237BD" w:rsidRDefault="00000000">
            <w:pPr>
              <w:spacing w:before="80" w:after="80"/>
            </w:pPr>
            <w:r>
              <w:rPr>
                <w:b/>
                <w:color w:val="FFFFFF"/>
                <w:sz w:val="19"/>
              </w:rPr>
              <w:t>Solde au décès ($)</w:t>
            </w:r>
          </w:p>
        </w:tc>
      </w:tr>
      <w:tr w:rsidR="00C237BD" w14:paraId="3F895471" w14:textId="77777777">
        <w:trPr>
          <w:jc w:val="center"/>
        </w:trPr>
        <w:tc>
          <w:tcPr>
            <w:tcW w:w="2880" w:type="dxa"/>
            <w:shd w:val="clear" w:color="auto" w:fill="FAFAFA"/>
          </w:tcPr>
          <w:p w14:paraId="0080E7B9" w14:textId="77777777" w:rsidR="00C237BD" w:rsidRPr="00DE230B" w:rsidRDefault="00000000">
            <w:pPr>
              <w:rPr>
                <w:lang w:val="fr-CA"/>
              </w:rPr>
            </w:pPr>
            <w:r w:rsidRPr="00DE230B">
              <w:rPr>
                <w:lang w:val="fr-CA"/>
              </w:rPr>
              <w:t>Ex: Banque de Montréal (BMO)</w:t>
            </w:r>
          </w:p>
        </w:tc>
        <w:tc>
          <w:tcPr>
            <w:tcW w:w="2592" w:type="dxa"/>
            <w:shd w:val="clear" w:color="auto" w:fill="FAFAFA"/>
          </w:tcPr>
          <w:p w14:paraId="6C464B3E" w14:textId="77777777" w:rsidR="00C237BD" w:rsidRDefault="00000000">
            <w:proofErr w:type="spellStart"/>
            <w:r>
              <w:t>Chèque</w:t>
            </w:r>
            <w:proofErr w:type="spellEnd"/>
          </w:p>
        </w:tc>
        <w:tc>
          <w:tcPr>
            <w:tcW w:w="2160" w:type="dxa"/>
            <w:shd w:val="clear" w:color="auto" w:fill="FAFAFA"/>
          </w:tcPr>
          <w:p w14:paraId="5FC17BB7" w14:textId="77777777" w:rsidR="00C237BD" w:rsidRDefault="00000000">
            <w:r>
              <w:t>12345-678</w:t>
            </w:r>
          </w:p>
        </w:tc>
        <w:tc>
          <w:tcPr>
            <w:tcW w:w="1728" w:type="dxa"/>
            <w:shd w:val="clear" w:color="auto" w:fill="FAFAFA"/>
          </w:tcPr>
          <w:p w14:paraId="1CB3F9F8" w14:textId="77777777" w:rsidR="00C237BD" w:rsidRDefault="00000000">
            <w:r>
              <w:t xml:space="preserve"> </w:t>
            </w:r>
          </w:p>
        </w:tc>
      </w:tr>
      <w:tr w:rsidR="00C237BD" w14:paraId="4B5926D4" w14:textId="77777777">
        <w:trPr>
          <w:jc w:val="center"/>
        </w:trPr>
        <w:tc>
          <w:tcPr>
            <w:tcW w:w="2880" w:type="dxa"/>
            <w:shd w:val="clear" w:color="auto" w:fill="FFFFFF"/>
          </w:tcPr>
          <w:p w14:paraId="1279597B" w14:textId="77777777" w:rsidR="00C237BD" w:rsidRDefault="00000000">
            <w:pPr>
              <w:spacing w:before="80" w:after="80"/>
            </w:pPr>
            <w:r>
              <w:rPr>
                <w:sz w:val="19"/>
              </w:rPr>
              <w:t xml:space="preserve"> </w:t>
            </w:r>
          </w:p>
        </w:tc>
        <w:tc>
          <w:tcPr>
            <w:tcW w:w="2592" w:type="dxa"/>
            <w:shd w:val="clear" w:color="auto" w:fill="FFFFFF"/>
          </w:tcPr>
          <w:p w14:paraId="546A82C6" w14:textId="77777777" w:rsidR="00C237BD" w:rsidRDefault="00000000">
            <w:pPr>
              <w:spacing w:before="80" w:after="80"/>
            </w:pPr>
            <w:r>
              <w:rPr>
                <w:sz w:val="19"/>
              </w:rPr>
              <w:t xml:space="preserve"> </w:t>
            </w:r>
          </w:p>
        </w:tc>
        <w:tc>
          <w:tcPr>
            <w:tcW w:w="2160" w:type="dxa"/>
            <w:shd w:val="clear" w:color="auto" w:fill="FFFFFF"/>
          </w:tcPr>
          <w:p w14:paraId="1527BD86" w14:textId="77777777" w:rsidR="00C237BD" w:rsidRDefault="00000000">
            <w:pPr>
              <w:spacing w:before="80" w:after="80"/>
            </w:pPr>
            <w:r>
              <w:rPr>
                <w:sz w:val="19"/>
              </w:rPr>
              <w:t xml:space="preserve"> </w:t>
            </w:r>
          </w:p>
        </w:tc>
        <w:tc>
          <w:tcPr>
            <w:tcW w:w="1728" w:type="dxa"/>
            <w:shd w:val="clear" w:color="auto" w:fill="FFFFFF"/>
          </w:tcPr>
          <w:p w14:paraId="309E7E1F" w14:textId="77777777" w:rsidR="00C237BD" w:rsidRDefault="00000000">
            <w:pPr>
              <w:spacing w:before="80" w:after="80"/>
            </w:pPr>
            <w:r>
              <w:rPr>
                <w:sz w:val="19"/>
              </w:rPr>
              <w:t xml:space="preserve"> </w:t>
            </w:r>
          </w:p>
        </w:tc>
      </w:tr>
      <w:tr w:rsidR="00C237BD" w14:paraId="7E0A6FDF" w14:textId="77777777">
        <w:trPr>
          <w:jc w:val="center"/>
        </w:trPr>
        <w:tc>
          <w:tcPr>
            <w:tcW w:w="2880" w:type="dxa"/>
            <w:shd w:val="clear" w:color="auto" w:fill="FAFAFA"/>
          </w:tcPr>
          <w:p w14:paraId="36337C5E" w14:textId="77777777" w:rsidR="00C237BD" w:rsidRDefault="00000000">
            <w:pPr>
              <w:spacing w:before="80" w:after="80"/>
            </w:pPr>
            <w:r>
              <w:rPr>
                <w:sz w:val="19"/>
              </w:rPr>
              <w:t xml:space="preserve"> </w:t>
            </w:r>
          </w:p>
        </w:tc>
        <w:tc>
          <w:tcPr>
            <w:tcW w:w="2592" w:type="dxa"/>
            <w:shd w:val="clear" w:color="auto" w:fill="FAFAFA"/>
          </w:tcPr>
          <w:p w14:paraId="7036E475" w14:textId="77777777" w:rsidR="00C237BD" w:rsidRDefault="00000000">
            <w:pPr>
              <w:spacing w:before="80" w:after="80"/>
            </w:pPr>
            <w:r>
              <w:rPr>
                <w:sz w:val="19"/>
              </w:rPr>
              <w:t xml:space="preserve"> </w:t>
            </w:r>
          </w:p>
        </w:tc>
        <w:tc>
          <w:tcPr>
            <w:tcW w:w="2160" w:type="dxa"/>
            <w:shd w:val="clear" w:color="auto" w:fill="FAFAFA"/>
          </w:tcPr>
          <w:p w14:paraId="04E75332" w14:textId="77777777" w:rsidR="00C237BD" w:rsidRDefault="00000000">
            <w:pPr>
              <w:spacing w:before="80" w:after="80"/>
            </w:pPr>
            <w:r>
              <w:rPr>
                <w:sz w:val="19"/>
              </w:rPr>
              <w:t xml:space="preserve"> </w:t>
            </w:r>
          </w:p>
        </w:tc>
        <w:tc>
          <w:tcPr>
            <w:tcW w:w="1728" w:type="dxa"/>
            <w:shd w:val="clear" w:color="auto" w:fill="FAFAFA"/>
          </w:tcPr>
          <w:p w14:paraId="396F4DDA" w14:textId="77777777" w:rsidR="00C237BD" w:rsidRDefault="00000000">
            <w:pPr>
              <w:spacing w:before="80" w:after="80"/>
            </w:pPr>
            <w:r>
              <w:rPr>
                <w:sz w:val="19"/>
              </w:rPr>
              <w:t xml:space="preserve"> </w:t>
            </w:r>
          </w:p>
        </w:tc>
      </w:tr>
    </w:tbl>
    <w:p w14:paraId="7172A962" w14:textId="77777777" w:rsidR="00C237BD" w:rsidRDefault="00C237BD">
      <w:pPr>
        <w:spacing w:before="120"/>
      </w:pPr>
    </w:p>
    <w:p w14:paraId="56D8F9AE" w14:textId="77777777" w:rsidR="00C237BD" w:rsidRPr="00DE230B" w:rsidRDefault="00000000">
      <w:pPr>
        <w:pStyle w:val="Heading2"/>
        <w:rPr>
          <w:lang w:val="fr-CA"/>
        </w:rPr>
      </w:pPr>
      <w:r w:rsidRPr="00DE230B">
        <w:rPr>
          <w:lang w:val="fr-CA"/>
        </w:rPr>
        <w:t>3.2 Placements (REER, CELI, FERR, Comptes non enregistrés)</w:t>
      </w:r>
    </w:p>
    <w:tbl>
      <w:tblPr>
        <w:tblStyle w:val="TableGrid"/>
        <w:tblW w:w="0" w:type="auto"/>
        <w:jc w:val="center"/>
        <w:tblLayout w:type="fixed"/>
        <w:tblLook w:val="04A0" w:firstRow="1" w:lastRow="0" w:firstColumn="1" w:lastColumn="0" w:noHBand="0" w:noVBand="1"/>
      </w:tblPr>
      <w:tblGrid>
        <w:gridCol w:w="2880"/>
        <w:gridCol w:w="2592"/>
        <w:gridCol w:w="2160"/>
        <w:gridCol w:w="1728"/>
      </w:tblGrid>
      <w:tr w:rsidR="00C237BD" w14:paraId="47A5BAF4" w14:textId="77777777">
        <w:trPr>
          <w:jc w:val="center"/>
        </w:trPr>
        <w:tc>
          <w:tcPr>
            <w:tcW w:w="2880" w:type="dxa"/>
            <w:shd w:val="clear" w:color="auto" w:fill="F58946"/>
          </w:tcPr>
          <w:p w14:paraId="5CEF6366" w14:textId="77777777" w:rsidR="00C237BD" w:rsidRDefault="00000000">
            <w:pPr>
              <w:spacing w:before="80" w:after="80"/>
            </w:pPr>
            <w:r>
              <w:rPr>
                <w:b/>
                <w:color w:val="FFFFFF"/>
                <w:sz w:val="19"/>
              </w:rPr>
              <w:t>Institution / Courtier</w:t>
            </w:r>
          </w:p>
        </w:tc>
        <w:tc>
          <w:tcPr>
            <w:tcW w:w="2592" w:type="dxa"/>
            <w:shd w:val="clear" w:color="auto" w:fill="F58946"/>
          </w:tcPr>
          <w:p w14:paraId="66C51C11" w14:textId="77777777" w:rsidR="00C237BD" w:rsidRPr="00DE230B" w:rsidRDefault="00000000">
            <w:pPr>
              <w:spacing w:before="80" w:after="80"/>
              <w:rPr>
                <w:lang w:val="fr-CA"/>
              </w:rPr>
            </w:pPr>
            <w:r w:rsidRPr="00DE230B">
              <w:rPr>
                <w:b/>
                <w:color w:val="FFFFFF"/>
                <w:sz w:val="19"/>
                <w:lang w:val="fr-CA"/>
              </w:rPr>
              <w:t>Type de régime (CELI, REER, etc.)</w:t>
            </w:r>
          </w:p>
        </w:tc>
        <w:tc>
          <w:tcPr>
            <w:tcW w:w="2160" w:type="dxa"/>
            <w:shd w:val="clear" w:color="auto" w:fill="F58946"/>
          </w:tcPr>
          <w:p w14:paraId="32D2941D" w14:textId="77777777" w:rsidR="00C237BD" w:rsidRDefault="00000000">
            <w:pPr>
              <w:spacing w:before="80" w:after="80"/>
            </w:pPr>
            <w:proofErr w:type="spellStart"/>
            <w:r>
              <w:rPr>
                <w:b/>
                <w:color w:val="FFFFFF"/>
                <w:sz w:val="19"/>
              </w:rPr>
              <w:t>Numéro</w:t>
            </w:r>
            <w:proofErr w:type="spellEnd"/>
            <w:r>
              <w:rPr>
                <w:b/>
                <w:color w:val="FFFFFF"/>
                <w:sz w:val="19"/>
              </w:rPr>
              <w:t xml:space="preserve"> de compte</w:t>
            </w:r>
          </w:p>
        </w:tc>
        <w:tc>
          <w:tcPr>
            <w:tcW w:w="1728" w:type="dxa"/>
            <w:shd w:val="clear" w:color="auto" w:fill="F58946"/>
          </w:tcPr>
          <w:p w14:paraId="5388F181" w14:textId="77777777" w:rsidR="00C237BD" w:rsidRDefault="00000000">
            <w:pPr>
              <w:spacing w:before="80" w:after="80"/>
            </w:pPr>
            <w:r>
              <w:rPr>
                <w:b/>
                <w:color w:val="FFFFFF"/>
                <w:sz w:val="19"/>
              </w:rPr>
              <w:t>Valeur au décès ($)</w:t>
            </w:r>
          </w:p>
        </w:tc>
      </w:tr>
      <w:tr w:rsidR="00C237BD" w14:paraId="5BFC4D94" w14:textId="77777777">
        <w:trPr>
          <w:jc w:val="center"/>
        </w:trPr>
        <w:tc>
          <w:tcPr>
            <w:tcW w:w="2880" w:type="dxa"/>
            <w:shd w:val="clear" w:color="auto" w:fill="FAFAFA"/>
          </w:tcPr>
          <w:p w14:paraId="3C01FB5B" w14:textId="77777777" w:rsidR="00C237BD" w:rsidRDefault="00000000">
            <w:r>
              <w:t>Ex: Desjardins Courtage</w:t>
            </w:r>
          </w:p>
        </w:tc>
        <w:tc>
          <w:tcPr>
            <w:tcW w:w="2592" w:type="dxa"/>
            <w:shd w:val="clear" w:color="auto" w:fill="FAFAFA"/>
          </w:tcPr>
          <w:p w14:paraId="3314AE4C" w14:textId="77777777" w:rsidR="00C237BD" w:rsidRDefault="00000000">
            <w:r>
              <w:t>CELI</w:t>
            </w:r>
          </w:p>
        </w:tc>
        <w:tc>
          <w:tcPr>
            <w:tcW w:w="2160" w:type="dxa"/>
            <w:shd w:val="clear" w:color="auto" w:fill="FAFAFA"/>
          </w:tcPr>
          <w:p w14:paraId="3B6F6417" w14:textId="77777777" w:rsidR="00C237BD" w:rsidRDefault="00000000">
            <w:r>
              <w:t>987654-A</w:t>
            </w:r>
          </w:p>
        </w:tc>
        <w:tc>
          <w:tcPr>
            <w:tcW w:w="1728" w:type="dxa"/>
            <w:shd w:val="clear" w:color="auto" w:fill="FAFAFA"/>
          </w:tcPr>
          <w:p w14:paraId="3B5F8EF6" w14:textId="77777777" w:rsidR="00C237BD" w:rsidRDefault="00000000">
            <w:r>
              <w:t xml:space="preserve"> </w:t>
            </w:r>
          </w:p>
        </w:tc>
      </w:tr>
      <w:tr w:rsidR="00C237BD" w14:paraId="27A7A99B" w14:textId="77777777">
        <w:trPr>
          <w:jc w:val="center"/>
        </w:trPr>
        <w:tc>
          <w:tcPr>
            <w:tcW w:w="2880" w:type="dxa"/>
            <w:shd w:val="clear" w:color="auto" w:fill="FFFFFF"/>
          </w:tcPr>
          <w:p w14:paraId="79391B47" w14:textId="77777777" w:rsidR="00C237BD" w:rsidRDefault="00000000">
            <w:pPr>
              <w:spacing w:before="80" w:after="80"/>
            </w:pPr>
            <w:r>
              <w:rPr>
                <w:sz w:val="19"/>
              </w:rPr>
              <w:t xml:space="preserve"> </w:t>
            </w:r>
          </w:p>
        </w:tc>
        <w:tc>
          <w:tcPr>
            <w:tcW w:w="2592" w:type="dxa"/>
            <w:shd w:val="clear" w:color="auto" w:fill="FFFFFF"/>
          </w:tcPr>
          <w:p w14:paraId="1ED85DF1" w14:textId="77777777" w:rsidR="00C237BD" w:rsidRDefault="00000000">
            <w:pPr>
              <w:spacing w:before="80" w:after="80"/>
            </w:pPr>
            <w:r>
              <w:rPr>
                <w:sz w:val="19"/>
              </w:rPr>
              <w:t xml:space="preserve"> </w:t>
            </w:r>
          </w:p>
        </w:tc>
        <w:tc>
          <w:tcPr>
            <w:tcW w:w="2160" w:type="dxa"/>
            <w:shd w:val="clear" w:color="auto" w:fill="FFFFFF"/>
          </w:tcPr>
          <w:p w14:paraId="6D98B6A6" w14:textId="77777777" w:rsidR="00C237BD" w:rsidRDefault="00000000">
            <w:pPr>
              <w:spacing w:before="80" w:after="80"/>
            </w:pPr>
            <w:r>
              <w:rPr>
                <w:sz w:val="19"/>
              </w:rPr>
              <w:t xml:space="preserve"> </w:t>
            </w:r>
          </w:p>
        </w:tc>
        <w:tc>
          <w:tcPr>
            <w:tcW w:w="1728" w:type="dxa"/>
            <w:shd w:val="clear" w:color="auto" w:fill="FFFFFF"/>
          </w:tcPr>
          <w:p w14:paraId="16A3DED1" w14:textId="77777777" w:rsidR="00C237BD" w:rsidRDefault="00000000">
            <w:pPr>
              <w:spacing w:before="80" w:after="80"/>
            </w:pPr>
            <w:r>
              <w:rPr>
                <w:sz w:val="19"/>
              </w:rPr>
              <w:t xml:space="preserve"> </w:t>
            </w:r>
          </w:p>
        </w:tc>
      </w:tr>
      <w:tr w:rsidR="00C237BD" w14:paraId="12E1019C" w14:textId="77777777">
        <w:trPr>
          <w:jc w:val="center"/>
        </w:trPr>
        <w:tc>
          <w:tcPr>
            <w:tcW w:w="2880" w:type="dxa"/>
            <w:shd w:val="clear" w:color="auto" w:fill="FAFAFA"/>
          </w:tcPr>
          <w:p w14:paraId="66226331" w14:textId="77777777" w:rsidR="00C237BD" w:rsidRDefault="00000000">
            <w:pPr>
              <w:spacing w:before="80" w:after="80"/>
            </w:pPr>
            <w:r>
              <w:rPr>
                <w:sz w:val="19"/>
              </w:rPr>
              <w:t xml:space="preserve"> </w:t>
            </w:r>
          </w:p>
        </w:tc>
        <w:tc>
          <w:tcPr>
            <w:tcW w:w="2592" w:type="dxa"/>
            <w:shd w:val="clear" w:color="auto" w:fill="FAFAFA"/>
          </w:tcPr>
          <w:p w14:paraId="50443E5E" w14:textId="77777777" w:rsidR="00C237BD" w:rsidRDefault="00000000">
            <w:pPr>
              <w:spacing w:before="80" w:after="80"/>
            </w:pPr>
            <w:r>
              <w:rPr>
                <w:sz w:val="19"/>
              </w:rPr>
              <w:t xml:space="preserve"> </w:t>
            </w:r>
          </w:p>
        </w:tc>
        <w:tc>
          <w:tcPr>
            <w:tcW w:w="2160" w:type="dxa"/>
            <w:shd w:val="clear" w:color="auto" w:fill="FAFAFA"/>
          </w:tcPr>
          <w:p w14:paraId="651987BE" w14:textId="77777777" w:rsidR="00C237BD" w:rsidRDefault="00000000">
            <w:pPr>
              <w:spacing w:before="80" w:after="80"/>
            </w:pPr>
            <w:r>
              <w:rPr>
                <w:sz w:val="19"/>
              </w:rPr>
              <w:t xml:space="preserve"> </w:t>
            </w:r>
          </w:p>
        </w:tc>
        <w:tc>
          <w:tcPr>
            <w:tcW w:w="1728" w:type="dxa"/>
            <w:shd w:val="clear" w:color="auto" w:fill="FAFAFA"/>
          </w:tcPr>
          <w:p w14:paraId="1F797DEF" w14:textId="77777777" w:rsidR="00C237BD" w:rsidRDefault="00000000">
            <w:pPr>
              <w:spacing w:before="80" w:after="80"/>
            </w:pPr>
            <w:r>
              <w:rPr>
                <w:sz w:val="19"/>
              </w:rPr>
              <w:t xml:space="preserve"> </w:t>
            </w:r>
          </w:p>
        </w:tc>
      </w:tr>
    </w:tbl>
    <w:p w14:paraId="5D077199" w14:textId="77777777" w:rsidR="00C237BD" w:rsidRDefault="00C237BD">
      <w:pPr>
        <w:spacing w:before="120"/>
      </w:pPr>
    </w:p>
    <w:p w14:paraId="019DCFB4" w14:textId="77777777" w:rsidR="00C237BD" w:rsidRDefault="00000000">
      <w:pPr>
        <w:pStyle w:val="Heading2"/>
      </w:pPr>
      <w:r>
        <w:t>3.3 Biens immobiliers</w:t>
      </w:r>
    </w:p>
    <w:tbl>
      <w:tblPr>
        <w:tblStyle w:val="TableGrid"/>
        <w:tblW w:w="0" w:type="auto"/>
        <w:jc w:val="center"/>
        <w:tblLayout w:type="fixed"/>
        <w:tblLook w:val="04A0" w:firstRow="1" w:lastRow="0" w:firstColumn="1" w:lastColumn="0" w:noHBand="0" w:noVBand="1"/>
      </w:tblPr>
      <w:tblGrid>
        <w:gridCol w:w="3600"/>
        <w:gridCol w:w="1440"/>
        <w:gridCol w:w="2160"/>
        <w:gridCol w:w="2160"/>
      </w:tblGrid>
      <w:tr w:rsidR="00C237BD" w14:paraId="5FEEF419" w14:textId="77777777">
        <w:trPr>
          <w:jc w:val="center"/>
        </w:trPr>
        <w:tc>
          <w:tcPr>
            <w:tcW w:w="3600" w:type="dxa"/>
            <w:shd w:val="clear" w:color="auto" w:fill="F58946"/>
          </w:tcPr>
          <w:p w14:paraId="1E35ED0E" w14:textId="77777777" w:rsidR="00C237BD" w:rsidRDefault="00000000">
            <w:pPr>
              <w:spacing w:before="80" w:after="80"/>
            </w:pPr>
            <w:r>
              <w:rPr>
                <w:b/>
                <w:color w:val="FFFFFF"/>
                <w:sz w:val="19"/>
              </w:rPr>
              <w:t>Adresse de la propriété</w:t>
            </w:r>
          </w:p>
        </w:tc>
        <w:tc>
          <w:tcPr>
            <w:tcW w:w="1440" w:type="dxa"/>
            <w:shd w:val="clear" w:color="auto" w:fill="F58946"/>
          </w:tcPr>
          <w:p w14:paraId="15D40290" w14:textId="77777777" w:rsidR="00C237BD" w:rsidRDefault="00000000">
            <w:pPr>
              <w:spacing w:before="80" w:after="80"/>
            </w:pPr>
            <w:r>
              <w:rPr>
                <w:b/>
                <w:color w:val="FFFFFF"/>
                <w:sz w:val="19"/>
              </w:rPr>
              <w:t>Quote-part (%)</w:t>
            </w:r>
          </w:p>
        </w:tc>
        <w:tc>
          <w:tcPr>
            <w:tcW w:w="2160" w:type="dxa"/>
            <w:shd w:val="clear" w:color="auto" w:fill="F58946"/>
          </w:tcPr>
          <w:p w14:paraId="01731071" w14:textId="77777777" w:rsidR="00C237BD" w:rsidRDefault="00000000">
            <w:pPr>
              <w:spacing w:before="80" w:after="80"/>
            </w:pPr>
            <w:r>
              <w:rPr>
                <w:b/>
                <w:color w:val="FFFFFF"/>
                <w:sz w:val="19"/>
              </w:rPr>
              <w:t>Valeur marchande estimée ($)</w:t>
            </w:r>
          </w:p>
        </w:tc>
        <w:tc>
          <w:tcPr>
            <w:tcW w:w="2160" w:type="dxa"/>
            <w:shd w:val="clear" w:color="auto" w:fill="F58946"/>
          </w:tcPr>
          <w:p w14:paraId="364A6AC6" w14:textId="77777777" w:rsidR="00C237BD" w:rsidRDefault="00000000">
            <w:pPr>
              <w:spacing w:before="80" w:after="80"/>
            </w:pPr>
            <w:r>
              <w:rPr>
                <w:b/>
                <w:color w:val="FFFFFF"/>
                <w:sz w:val="19"/>
              </w:rPr>
              <w:t>Détails (Hypothèque liée?)</w:t>
            </w:r>
          </w:p>
        </w:tc>
      </w:tr>
      <w:tr w:rsidR="00C237BD" w14:paraId="40D65A95" w14:textId="77777777">
        <w:trPr>
          <w:jc w:val="center"/>
        </w:trPr>
        <w:tc>
          <w:tcPr>
            <w:tcW w:w="3600" w:type="dxa"/>
            <w:shd w:val="clear" w:color="auto" w:fill="FAFAFA"/>
          </w:tcPr>
          <w:p w14:paraId="6D175FAF" w14:textId="77777777" w:rsidR="00C237BD" w:rsidRPr="00DE230B" w:rsidRDefault="00000000">
            <w:pPr>
              <w:rPr>
                <w:lang w:val="fr-CA"/>
              </w:rPr>
            </w:pPr>
            <w:r w:rsidRPr="00DE230B">
              <w:rPr>
                <w:lang w:val="fr-CA"/>
              </w:rPr>
              <w:t>Ex: 456 Rue des Érables, Boucherville</w:t>
            </w:r>
          </w:p>
        </w:tc>
        <w:tc>
          <w:tcPr>
            <w:tcW w:w="1440" w:type="dxa"/>
            <w:shd w:val="clear" w:color="auto" w:fill="FAFAFA"/>
          </w:tcPr>
          <w:p w14:paraId="34BEBF66" w14:textId="77777777" w:rsidR="00C237BD" w:rsidRDefault="00000000">
            <w:r>
              <w:t>100%</w:t>
            </w:r>
          </w:p>
        </w:tc>
        <w:tc>
          <w:tcPr>
            <w:tcW w:w="2160" w:type="dxa"/>
            <w:shd w:val="clear" w:color="auto" w:fill="FAFAFA"/>
          </w:tcPr>
          <w:p w14:paraId="14C18B71" w14:textId="77777777" w:rsidR="00C237BD" w:rsidRDefault="00000000">
            <w:r>
              <w:t xml:space="preserve"> </w:t>
            </w:r>
          </w:p>
        </w:tc>
        <w:tc>
          <w:tcPr>
            <w:tcW w:w="2160" w:type="dxa"/>
            <w:shd w:val="clear" w:color="auto" w:fill="FAFAFA"/>
          </w:tcPr>
          <w:p w14:paraId="600F2A4B" w14:textId="77777777" w:rsidR="00C237BD" w:rsidRDefault="00000000">
            <w:r>
              <w:t xml:space="preserve"> </w:t>
            </w:r>
          </w:p>
        </w:tc>
      </w:tr>
      <w:tr w:rsidR="00C237BD" w14:paraId="067045DC" w14:textId="77777777">
        <w:trPr>
          <w:jc w:val="center"/>
        </w:trPr>
        <w:tc>
          <w:tcPr>
            <w:tcW w:w="3600" w:type="dxa"/>
            <w:shd w:val="clear" w:color="auto" w:fill="FFFFFF"/>
          </w:tcPr>
          <w:p w14:paraId="7A5DF013" w14:textId="77777777" w:rsidR="00C237BD" w:rsidRDefault="00000000">
            <w:pPr>
              <w:spacing w:before="80" w:after="80"/>
            </w:pPr>
            <w:r>
              <w:rPr>
                <w:sz w:val="19"/>
              </w:rPr>
              <w:t xml:space="preserve"> </w:t>
            </w:r>
          </w:p>
        </w:tc>
        <w:tc>
          <w:tcPr>
            <w:tcW w:w="1440" w:type="dxa"/>
            <w:shd w:val="clear" w:color="auto" w:fill="FFFFFF"/>
          </w:tcPr>
          <w:p w14:paraId="00D002F7" w14:textId="77777777" w:rsidR="00C237BD" w:rsidRDefault="00000000">
            <w:pPr>
              <w:spacing w:before="80" w:after="80"/>
            </w:pPr>
            <w:r>
              <w:rPr>
                <w:sz w:val="19"/>
              </w:rPr>
              <w:t xml:space="preserve"> </w:t>
            </w:r>
          </w:p>
        </w:tc>
        <w:tc>
          <w:tcPr>
            <w:tcW w:w="2160" w:type="dxa"/>
            <w:shd w:val="clear" w:color="auto" w:fill="FFFFFF"/>
          </w:tcPr>
          <w:p w14:paraId="470E6D29" w14:textId="77777777" w:rsidR="00C237BD" w:rsidRDefault="00000000">
            <w:pPr>
              <w:spacing w:before="80" w:after="80"/>
            </w:pPr>
            <w:r>
              <w:rPr>
                <w:sz w:val="19"/>
              </w:rPr>
              <w:t xml:space="preserve"> </w:t>
            </w:r>
          </w:p>
        </w:tc>
        <w:tc>
          <w:tcPr>
            <w:tcW w:w="2160" w:type="dxa"/>
            <w:shd w:val="clear" w:color="auto" w:fill="FFFFFF"/>
          </w:tcPr>
          <w:p w14:paraId="0F7E96EA" w14:textId="77777777" w:rsidR="00C237BD" w:rsidRDefault="00000000">
            <w:pPr>
              <w:spacing w:before="80" w:after="80"/>
            </w:pPr>
            <w:r>
              <w:rPr>
                <w:sz w:val="19"/>
              </w:rPr>
              <w:t xml:space="preserve"> </w:t>
            </w:r>
          </w:p>
        </w:tc>
      </w:tr>
    </w:tbl>
    <w:p w14:paraId="1C34BAE7" w14:textId="77777777" w:rsidR="00C237BD" w:rsidRDefault="00C237BD">
      <w:pPr>
        <w:spacing w:before="120"/>
      </w:pPr>
    </w:p>
    <w:p w14:paraId="2DF2E951" w14:textId="77777777" w:rsidR="00C237BD" w:rsidRDefault="00000000">
      <w:pPr>
        <w:pStyle w:val="Heading2"/>
      </w:pPr>
      <w:r>
        <w:t>3.4 Véhicules motorisés</w:t>
      </w:r>
    </w:p>
    <w:tbl>
      <w:tblPr>
        <w:tblStyle w:val="TableGrid"/>
        <w:tblW w:w="0" w:type="auto"/>
        <w:jc w:val="center"/>
        <w:tblLayout w:type="fixed"/>
        <w:tblLook w:val="04A0" w:firstRow="1" w:lastRow="0" w:firstColumn="1" w:lastColumn="0" w:noHBand="0" w:noVBand="1"/>
      </w:tblPr>
      <w:tblGrid>
        <w:gridCol w:w="2880"/>
        <w:gridCol w:w="2592"/>
        <w:gridCol w:w="2160"/>
        <w:gridCol w:w="1728"/>
      </w:tblGrid>
      <w:tr w:rsidR="00C237BD" w14:paraId="516B4B1E" w14:textId="77777777">
        <w:trPr>
          <w:jc w:val="center"/>
        </w:trPr>
        <w:tc>
          <w:tcPr>
            <w:tcW w:w="2880" w:type="dxa"/>
            <w:shd w:val="clear" w:color="auto" w:fill="F58946"/>
          </w:tcPr>
          <w:p w14:paraId="5AED8125" w14:textId="77777777" w:rsidR="00C237BD" w:rsidRDefault="00000000">
            <w:pPr>
              <w:spacing w:before="80" w:after="80"/>
            </w:pPr>
            <w:r>
              <w:rPr>
                <w:b/>
                <w:color w:val="FFFFFF"/>
                <w:sz w:val="19"/>
              </w:rPr>
              <w:t>Marque, modèle et année</w:t>
            </w:r>
          </w:p>
        </w:tc>
        <w:tc>
          <w:tcPr>
            <w:tcW w:w="2592" w:type="dxa"/>
            <w:shd w:val="clear" w:color="auto" w:fill="F58946"/>
          </w:tcPr>
          <w:p w14:paraId="64805589" w14:textId="77777777" w:rsidR="00C237BD" w:rsidRDefault="00000000">
            <w:pPr>
              <w:spacing w:before="80" w:after="80"/>
            </w:pPr>
            <w:r>
              <w:rPr>
                <w:b/>
                <w:color w:val="FFFFFF"/>
                <w:sz w:val="19"/>
              </w:rPr>
              <w:t>Numéro d'identification (NIV)</w:t>
            </w:r>
          </w:p>
        </w:tc>
        <w:tc>
          <w:tcPr>
            <w:tcW w:w="2160" w:type="dxa"/>
            <w:shd w:val="clear" w:color="auto" w:fill="F58946"/>
          </w:tcPr>
          <w:p w14:paraId="2A5E5498" w14:textId="77777777" w:rsidR="00C237BD" w:rsidRDefault="00000000">
            <w:pPr>
              <w:spacing w:before="80" w:after="80"/>
            </w:pPr>
            <w:r>
              <w:rPr>
                <w:b/>
                <w:color w:val="FFFFFF"/>
                <w:sz w:val="19"/>
              </w:rPr>
              <w:t>Valeur marchande estimée ($)</w:t>
            </w:r>
          </w:p>
        </w:tc>
        <w:tc>
          <w:tcPr>
            <w:tcW w:w="1728" w:type="dxa"/>
            <w:shd w:val="clear" w:color="auto" w:fill="F58946"/>
          </w:tcPr>
          <w:p w14:paraId="7FE00D4D" w14:textId="77777777" w:rsidR="00C237BD" w:rsidRDefault="00000000">
            <w:pPr>
              <w:spacing w:before="80" w:after="80"/>
            </w:pPr>
            <w:r>
              <w:rPr>
                <w:b/>
                <w:color w:val="FFFFFF"/>
                <w:sz w:val="19"/>
              </w:rPr>
              <w:t>Prêt ou bail actif?</w:t>
            </w:r>
          </w:p>
        </w:tc>
      </w:tr>
      <w:tr w:rsidR="00C237BD" w14:paraId="198CBD1F" w14:textId="77777777">
        <w:trPr>
          <w:jc w:val="center"/>
        </w:trPr>
        <w:tc>
          <w:tcPr>
            <w:tcW w:w="2880" w:type="dxa"/>
            <w:shd w:val="clear" w:color="auto" w:fill="FAFAFA"/>
          </w:tcPr>
          <w:p w14:paraId="1C2D9963" w14:textId="77777777" w:rsidR="00C237BD" w:rsidRDefault="00000000">
            <w:r>
              <w:t>Ex: Honda Civic 2021</w:t>
            </w:r>
          </w:p>
        </w:tc>
        <w:tc>
          <w:tcPr>
            <w:tcW w:w="2592" w:type="dxa"/>
            <w:shd w:val="clear" w:color="auto" w:fill="FAFAFA"/>
          </w:tcPr>
          <w:p w14:paraId="1C623C7D" w14:textId="77777777" w:rsidR="00C237BD" w:rsidRDefault="00000000">
            <w:pPr>
              <w:spacing w:before="80" w:after="80"/>
            </w:pPr>
            <w:r>
              <w:rPr>
                <w:sz w:val="19"/>
              </w:rPr>
              <w:t xml:space="preserve"> </w:t>
            </w:r>
          </w:p>
        </w:tc>
        <w:tc>
          <w:tcPr>
            <w:tcW w:w="2160" w:type="dxa"/>
            <w:shd w:val="clear" w:color="auto" w:fill="FAFAFA"/>
          </w:tcPr>
          <w:p w14:paraId="7FB752DC" w14:textId="77777777" w:rsidR="00C237BD" w:rsidRDefault="00000000">
            <w:r>
              <w:t xml:space="preserve"> </w:t>
            </w:r>
          </w:p>
        </w:tc>
        <w:tc>
          <w:tcPr>
            <w:tcW w:w="1728" w:type="dxa"/>
            <w:shd w:val="clear" w:color="auto" w:fill="FAFAFA"/>
          </w:tcPr>
          <w:p w14:paraId="36F2BEC1" w14:textId="77777777" w:rsidR="00C237BD" w:rsidRDefault="00000000">
            <w:r>
              <w:t xml:space="preserve">Prêt chez Honda </w:t>
            </w:r>
            <w:r>
              <w:lastRenderedPageBreak/>
              <w:t>Canada</w:t>
            </w:r>
          </w:p>
        </w:tc>
      </w:tr>
      <w:tr w:rsidR="00C237BD" w14:paraId="7F3C366B" w14:textId="77777777">
        <w:trPr>
          <w:jc w:val="center"/>
        </w:trPr>
        <w:tc>
          <w:tcPr>
            <w:tcW w:w="2880" w:type="dxa"/>
            <w:shd w:val="clear" w:color="auto" w:fill="FFFFFF"/>
          </w:tcPr>
          <w:p w14:paraId="473FFAEB" w14:textId="77777777" w:rsidR="00C237BD" w:rsidRDefault="00000000">
            <w:pPr>
              <w:spacing w:before="80" w:after="80"/>
            </w:pPr>
            <w:r>
              <w:rPr>
                <w:sz w:val="19"/>
              </w:rPr>
              <w:lastRenderedPageBreak/>
              <w:t xml:space="preserve"> </w:t>
            </w:r>
          </w:p>
        </w:tc>
        <w:tc>
          <w:tcPr>
            <w:tcW w:w="2592" w:type="dxa"/>
            <w:shd w:val="clear" w:color="auto" w:fill="FFFFFF"/>
          </w:tcPr>
          <w:p w14:paraId="7C89ED19" w14:textId="77777777" w:rsidR="00C237BD" w:rsidRDefault="00000000">
            <w:pPr>
              <w:spacing w:before="80" w:after="80"/>
            </w:pPr>
            <w:r>
              <w:rPr>
                <w:sz w:val="19"/>
              </w:rPr>
              <w:t xml:space="preserve"> </w:t>
            </w:r>
          </w:p>
        </w:tc>
        <w:tc>
          <w:tcPr>
            <w:tcW w:w="2160" w:type="dxa"/>
            <w:shd w:val="clear" w:color="auto" w:fill="FFFFFF"/>
          </w:tcPr>
          <w:p w14:paraId="5259CF38" w14:textId="77777777" w:rsidR="00C237BD" w:rsidRDefault="00000000">
            <w:pPr>
              <w:spacing w:before="80" w:after="80"/>
            </w:pPr>
            <w:r>
              <w:rPr>
                <w:sz w:val="19"/>
              </w:rPr>
              <w:t xml:space="preserve"> </w:t>
            </w:r>
          </w:p>
        </w:tc>
        <w:tc>
          <w:tcPr>
            <w:tcW w:w="1728" w:type="dxa"/>
            <w:shd w:val="clear" w:color="auto" w:fill="FFFFFF"/>
          </w:tcPr>
          <w:p w14:paraId="5A6F69D7" w14:textId="77777777" w:rsidR="00C237BD" w:rsidRDefault="00000000">
            <w:pPr>
              <w:spacing w:before="80" w:after="80"/>
            </w:pPr>
            <w:r>
              <w:rPr>
                <w:sz w:val="19"/>
              </w:rPr>
              <w:t xml:space="preserve"> </w:t>
            </w:r>
          </w:p>
        </w:tc>
      </w:tr>
    </w:tbl>
    <w:p w14:paraId="4400947E" w14:textId="77777777" w:rsidR="00C237BD" w:rsidRDefault="00C237BD">
      <w:pPr>
        <w:spacing w:before="120"/>
      </w:pPr>
    </w:p>
    <w:p w14:paraId="654D75B8" w14:textId="77777777" w:rsidR="00C237BD" w:rsidRPr="00DE230B" w:rsidRDefault="00000000">
      <w:pPr>
        <w:pStyle w:val="Heading2"/>
        <w:rPr>
          <w:lang w:val="fr-CA"/>
        </w:rPr>
      </w:pPr>
      <w:r w:rsidRPr="00DE230B">
        <w:rPr>
          <w:lang w:val="fr-CA"/>
        </w:rPr>
        <w:t>3.5 Autres biens de grande valeur (meubles, bijoux, art, coffre-fort)</w:t>
      </w:r>
    </w:p>
    <w:tbl>
      <w:tblPr>
        <w:tblStyle w:val="TableGrid"/>
        <w:tblW w:w="0" w:type="auto"/>
        <w:jc w:val="center"/>
        <w:tblLayout w:type="fixed"/>
        <w:tblLook w:val="04A0" w:firstRow="1" w:lastRow="0" w:firstColumn="1" w:lastColumn="0" w:noHBand="0" w:noVBand="1"/>
      </w:tblPr>
      <w:tblGrid>
        <w:gridCol w:w="3600"/>
        <w:gridCol w:w="2448"/>
        <w:gridCol w:w="1584"/>
        <w:gridCol w:w="1728"/>
      </w:tblGrid>
      <w:tr w:rsidR="00C237BD" w14:paraId="54CDFCB4" w14:textId="77777777">
        <w:trPr>
          <w:jc w:val="center"/>
        </w:trPr>
        <w:tc>
          <w:tcPr>
            <w:tcW w:w="3600" w:type="dxa"/>
            <w:shd w:val="clear" w:color="auto" w:fill="F58946"/>
          </w:tcPr>
          <w:p w14:paraId="67AA0CC7" w14:textId="77777777" w:rsidR="00C237BD" w:rsidRDefault="00000000">
            <w:pPr>
              <w:spacing w:before="80" w:after="80"/>
            </w:pPr>
            <w:r>
              <w:rPr>
                <w:b/>
                <w:color w:val="FFFFFF"/>
                <w:sz w:val="19"/>
              </w:rPr>
              <w:t>Description du bien</w:t>
            </w:r>
          </w:p>
        </w:tc>
        <w:tc>
          <w:tcPr>
            <w:tcW w:w="2448" w:type="dxa"/>
            <w:shd w:val="clear" w:color="auto" w:fill="F58946"/>
          </w:tcPr>
          <w:p w14:paraId="01B90E94" w14:textId="77777777" w:rsidR="00C237BD" w:rsidRDefault="00000000">
            <w:pPr>
              <w:spacing w:before="80" w:after="80"/>
            </w:pPr>
            <w:r>
              <w:rPr>
                <w:b/>
                <w:color w:val="FFFFFF"/>
                <w:sz w:val="19"/>
              </w:rPr>
              <w:t>Emplacement physique</w:t>
            </w:r>
          </w:p>
        </w:tc>
        <w:tc>
          <w:tcPr>
            <w:tcW w:w="1584" w:type="dxa"/>
            <w:shd w:val="clear" w:color="auto" w:fill="F58946"/>
          </w:tcPr>
          <w:p w14:paraId="337106E7" w14:textId="77777777" w:rsidR="00C237BD" w:rsidRDefault="00000000">
            <w:pPr>
              <w:spacing w:before="80" w:after="80"/>
            </w:pPr>
            <w:r>
              <w:rPr>
                <w:b/>
                <w:color w:val="FFFFFF"/>
                <w:sz w:val="19"/>
              </w:rPr>
              <w:t>Valeur estimée ($)</w:t>
            </w:r>
          </w:p>
        </w:tc>
        <w:tc>
          <w:tcPr>
            <w:tcW w:w="1728" w:type="dxa"/>
            <w:shd w:val="clear" w:color="auto" w:fill="F58946"/>
          </w:tcPr>
          <w:p w14:paraId="12229C2C" w14:textId="77777777" w:rsidR="00C237BD" w:rsidRDefault="00000000">
            <w:pPr>
              <w:spacing w:before="80" w:after="80"/>
            </w:pPr>
            <w:r>
              <w:rPr>
                <w:b/>
                <w:color w:val="FFFFFF"/>
                <w:sz w:val="19"/>
              </w:rPr>
              <w:t>Évaluation professionnelle?</w:t>
            </w:r>
          </w:p>
        </w:tc>
      </w:tr>
      <w:tr w:rsidR="00C237BD" w14:paraId="04356A98" w14:textId="77777777">
        <w:trPr>
          <w:jc w:val="center"/>
        </w:trPr>
        <w:tc>
          <w:tcPr>
            <w:tcW w:w="3600" w:type="dxa"/>
            <w:shd w:val="clear" w:color="auto" w:fill="FAFAFA"/>
          </w:tcPr>
          <w:p w14:paraId="7D64727C" w14:textId="77777777" w:rsidR="00C237BD" w:rsidRPr="00DE230B" w:rsidRDefault="00000000">
            <w:pPr>
              <w:rPr>
                <w:lang w:val="fr-CA"/>
              </w:rPr>
            </w:pPr>
            <w:r w:rsidRPr="00DE230B">
              <w:rPr>
                <w:lang w:val="fr-CA"/>
              </w:rPr>
              <w:t>Ex: Bague de mariage en diamant</w:t>
            </w:r>
          </w:p>
        </w:tc>
        <w:tc>
          <w:tcPr>
            <w:tcW w:w="2448" w:type="dxa"/>
            <w:shd w:val="clear" w:color="auto" w:fill="FAFAFA"/>
          </w:tcPr>
          <w:p w14:paraId="1188EADF" w14:textId="77777777" w:rsidR="00C237BD" w:rsidRDefault="00000000">
            <w:proofErr w:type="spellStart"/>
            <w:r>
              <w:t>Coffre</w:t>
            </w:r>
            <w:proofErr w:type="spellEnd"/>
            <w:r>
              <w:t>-fort personnel</w:t>
            </w:r>
          </w:p>
        </w:tc>
        <w:tc>
          <w:tcPr>
            <w:tcW w:w="1584" w:type="dxa"/>
            <w:shd w:val="clear" w:color="auto" w:fill="FAFAFA"/>
          </w:tcPr>
          <w:p w14:paraId="4CA72F2C" w14:textId="77777777" w:rsidR="00C237BD" w:rsidRDefault="00000000">
            <w:pPr>
              <w:spacing w:before="80" w:after="80"/>
            </w:pPr>
            <w:r>
              <w:rPr>
                <w:sz w:val="19"/>
              </w:rPr>
              <w:t xml:space="preserve"> </w:t>
            </w:r>
          </w:p>
        </w:tc>
        <w:tc>
          <w:tcPr>
            <w:tcW w:w="1728" w:type="dxa"/>
            <w:shd w:val="clear" w:color="auto" w:fill="FAFAFA"/>
          </w:tcPr>
          <w:p w14:paraId="44C993BC" w14:textId="77777777" w:rsidR="00C237BD" w:rsidRDefault="00000000">
            <w:r>
              <w:t>Oui (Évaluation 2024)</w:t>
            </w:r>
          </w:p>
        </w:tc>
      </w:tr>
      <w:tr w:rsidR="00C237BD" w14:paraId="722CCF96" w14:textId="77777777">
        <w:trPr>
          <w:jc w:val="center"/>
        </w:trPr>
        <w:tc>
          <w:tcPr>
            <w:tcW w:w="3600" w:type="dxa"/>
            <w:shd w:val="clear" w:color="auto" w:fill="FFFFFF"/>
          </w:tcPr>
          <w:p w14:paraId="1046EDC9" w14:textId="77777777" w:rsidR="00C237BD" w:rsidRDefault="00000000">
            <w:pPr>
              <w:spacing w:before="80" w:after="80"/>
            </w:pPr>
            <w:r>
              <w:rPr>
                <w:sz w:val="19"/>
              </w:rPr>
              <w:t xml:space="preserve"> </w:t>
            </w:r>
          </w:p>
        </w:tc>
        <w:tc>
          <w:tcPr>
            <w:tcW w:w="2448" w:type="dxa"/>
            <w:shd w:val="clear" w:color="auto" w:fill="FFFFFF"/>
          </w:tcPr>
          <w:p w14:paraId="0C1D0413" w14:textId="77777777" w:rsidR="00C237BD" w:rsidRDefault="00000000">
            <w:pPr>
              <w:spacing w:before="80" w:after="80"/>
            </w:pPr>
            <w:r>
              <w:rPr>
                <w:sz w:val="19"/>
              </w:rPr>
              <w:t xml:space="preserve"> </w:t>
            </w:r>
          </w:p>
        </w:tc>
        <w:tc>
          <w:tcPr>
            <w:tcW w:w="1584" w:type="dxa"/>
            <w:shd w:val="clear" w:color="auto" w:fill="FFFFFF"/>
          </w:tcPr>
          <w:p w14:paraId="50320E64" w14:textId="77777777" w:rsidR="00C237BD" w:rsidRDefault="00000000">
            <w:pPr>
              <w:spacing w:before="80" w:after="80"/>
            </w:pPr>
            <w:r>
              <w:rPr>
                <w:sz w:val="19"/>
              </w:rPr>
              <w:t xml:space="preserve"> </w:t>
            </w:r>
          </w:p>
        </w:tc>
        <w:tc>
          <w:tcPr>
            <w:tcW w:w="1728" w:type="dxa"/>
            <w:shd w:val="clear" w:color="auto" w:fill="FFFFFF"/>
          </w:tcPr>
          <w:p w14:paraId="2B5EE2BA" w14:textId="77777777" w:rsidR="00C237BD" w:rsidRDefault="00000000">
            <w:pPr>
              <w:spacing w:before="80" w:after="80"/>
            </w:pPr>
            <w:r>
              <w:rPr>
                <w:sz w:val="19"/>
              </w:rPr>
              <w:t xml:space="preserve"> </w:t>
            </w:r>
          </w:p>
        </w:tc>
      </w:tr>
      <w:tr w:rsidR="00C237BD" w14:paraId="6D67C52F" w14:textId="77777777">
        <w:trPr>
          <w:jc w:val="center"/>
        </w:trPr>
        <w:tc>
          <w:tcPr>
            <w:tcW w:w="3600" w:type="dxa"/>
            <w:shd w:val="clear" w:color="auto" w:fill="FAFAFA"/>
          </w:tcPr>
          <w:p w14:paraId="3C249B6A" w14:textId="77777777" w:rsidR="00C237BD" w:rsidRDefault="00000000">
            <w:pPr>
              <w:spacing w:before="80" w:after="80"/>
            </w:pPr>
            <w:r>
              <w:rPr>
                <w:sz w:val="19"/>
              </w:rPr>
              <w:t xml:space="preserve"> </w:t>
            </w:r>
          </w:p>
        </w:tc>
        <w:tc>
          <w:tcPr>
            <w:tcW w:w="2448" w:type="dxa"/>
            <w:shd w:val="clear" w:color="auto" w:fill="FAFAFA"/>
          </w:tcPr>
          <w:p w14:paraId="636AF6F7" w14:textId="77777777" w:rsidR="00C237BD" w:rsidRDefault="00000000">
            <w:pPr>
              <w:spacing w:before="80" w:after="80"/>
            </w:pPr>
            <w:r>
              <w:rPr>
                <w:sz w:val="19"/>
              </w:rPr>
              <w:t xml:space="preserve"> </w:t>
            </w:r>
          </w:p>
        </w:tc>
        <w:tc>
          <w:tcPr>
            <w:tcW w:w="1584" w:type="dxa"/>
            <w:shd w:val="clear" w:color="auto" w:fill="FAFAFA"/>
          </w:tcPr>
          <w:p w14:paraId="19914A2F" w14:textId="77777777" w:rsidR="00C237BD" w:rsidRDefault="00000000">
            <w:pPr>
              <w:spacing w:before="80" w:after="80"/>
            </w:pPr>
            <w:r>
              <w:rPr>
                <w:sz w:val="19"/>
              </w:rPr>
              <w:t xml:space="preserve"> </w:t>
            </w:r>
          </w:p>
        </w:tc>
        <w:tc>
          <w:tcPr>
            <w:tcW w:w="1728" w:type="dxa"/>
            <w:shd w:val="clear" w:color="auto" w:fill="FAFAFA"/>
          </w:tcPr>
          <w:p w14:paraId="75D7A87D" w14:textId="77777777" w:rsidR="00C237BD" w:rsidRDefault="00000000">
            <w:pPr>
              <w:spacing w:before="80" w:after="80"/>
            </w:pPr>
            <w:r>
              <w:rPr>
                <w:sz w:val="19"/>
              </w:rPr>
              <w:t xml:space="preserve"> </w:t>
            </w:r>
          </w:p>
        </w:tc>
      </w:tr>
    </w:tbl>
    <w:p w14:paraId="41048CFE" w14:textId="77777777" w:rsidR="00C237BD" w:rsidRDefault="00C237BD">
      <w:pPr>
        <w:spacing w:before="120"/>
      </w:pPr>
    </w:p>
    <w:p w14:paraId="66A1BBEC" w14:textId="77777777" w:rsidR="00C237BD" w:rsidRPr="00DE230B" w:rsidRDefault="00000000">
      <w:pPr>
        <w:pStyle w:val="Heading1"/>
        <w:rPr>
          <w:lang w:val="fr-CA"/>
        </w:rPr>
      </w:pPr>
      <w:r w:rsidRPr="00DE230B">
        <w:rPr>
          <w:lang w:val="fr-CA"/>
        </w:rPr>
        <w:t>4. Inventaire du Passif (Dettes et Engagements)</w:t>
      </w:r>
    </w:p>
    <w:p w14:paraId="65B329CB" w14:textId="77777777" w:rsidR="00C237BD" w:rsidRPr="00DE230B" w:rsidRDefault="00000000">
      <w:pPr>
        <w:pBdr>
          <w:left w:val="single" w:sz="24" w:space="12" w:color="F58946"/>
        </w:pBdr>
        <w:shd w:val="clear" w:color="auto" w:fill="FDF2EC"/>
        <w:spacing w:before="160" w:after="160"/>
        <w:ind w:left="360"/>
        <w:rPr>
          <w:lang w:val="fr-CA"/>
        </w:rPr>
      </w:pPr>
      <w:r>
        <w:rPr>
          <w:b/>
          <w:color w:val="F58946"/>
        </w:rPr>
        <w:t>💡</w:t>
      </w:r>
      <w:r w:rsidRPr="00DE230B">
        <w:rPr>
          <w:b/>
          <w:color w:val="F58946"/>
          <w:lang w:val="fr-CA"/>
        </w:rPr>
        <w:t xml:space="preserve"> Règle de sécurité </w:t>
      </w:r>
      <w:proofErr w:type="gramStart"/>
      <w:r w:rsidRPr="00DE230B">
        <w:rPr>
          <w:b/>
          <w:color w:val="F58946"/>
          <w:lang w:val="fr-CA"/>
        </w:rPr>
        <w:t>pour</w:t>
      </w:r>
      <w:proofErr w:type="gramEnd"/>
      <w:r w:rsidRPr="00DE230B">
        <w:rPr>
          <w:b/>
          <w:color w:val="F58946"/>
          <w:lang w:val="fr-CA"/>
        </w:rPr>
        <w:t xml:space="preserve"> le liquidateur</w:t>
      </w:r>
      <w:r w:rsidRPr="00DE230B">
        <w:rPr>
          <w:b/>
          <w:color w:val="F58946"/>
          <w:lang w:val="fr-CA"/>
        </w:rPr>
        <w:br/>
      </w:r>
      <w:r w:rsidRPr="00DE230B">
        <w:rPr>
          <w:i/>
          <w:color w:val="505050"/>
          <w:sz w:val="19"/>
          <w:lang w:val="fr-CA"/>
        </w:rPr>
        <w:t xml:space="preserve">ATTENTION </w:t>
      </w:r>
      <w:proofErr w:type="gramStart"/>
      <w:r w:rsidRPr="00DE230B">
        <w:rPr>
          <w:i/>
          <w:color w:val="505050"/>
          <w:sz w:val="19"/>
          <w:lang w:val="fr-CA"/>
        </w:rPr>
        <w:t>JURIDIQUE :</w:t>
      </w:r>
      <w:proofErr w:type="gramEnd"/>
      <w:r w:rsidRPr="00DE230B">
        <w:rPr>
          <w:i/>
          <w:color w:val="505050"/>
          <w:sz w:val="19"/>
          <w:lang w:val="fr-CA"/>
        </w:rPr>
        <w:t xml:space="preserve"> En tant que liquidateur, vous ne devez jamais distribuer les biens aux héritiers avant d'avoir payé toutes les dettes du défunt (y compris ses impôts finaux). Sinon, vous pourriez être tenu personnellement responsable des dettes impayées à hauteur des biens distribués.</w:t>
      </w:r>
    </w:p>
    <w:tbl>
      <w:tblPr>
        <w:tblStyle w:val="TableGrid"/>
        <w:tblW w:w="0" w:type="auto"/>
        <w:jc w:val="center"/>
        <w:tblLayout w:type="fixed"/>
        <w:tblLook w:val="04A0" w:firstRow="1" w:lastRow="0" w:firstColumn="1" w:lastColumn="0" w:noHBand="0" w:noVBand="1"/>
      </w:tblPr>
      <w:tblGrid>
        <w:gridCol w:w="3168"/>
        <w:gridCol w:w="2592"/>
        <w:gridCol w:w="2160"/>
        <w:gridCol w:w="1440"/>
      </w:tblGrid>
      <w:tr w:rsidR="00C237BD" w14:paraId="48A1DC12" w14:textId="77777777">
        <w:trPr>
          <w:jc w:val="center"/>
        </w:trPr>
        <w:tc>
          <w:tcPr>
            <w:tcW w:w="3168" w:type="dxa"/>
            <w:shd w:val="clear" w:color="auto" w:fill="F58946"/>
          </w:tcPr>
          <w:p w14:paraId="25574184" w14:textId="77777777" w:rsidR="00C237BD" w:rsidRDefault="00000000">
            <w:pPr>
              <w:spacing w:before="80" w:after="80"/>
            </w:pPr>
            <w:proofErr w:type="spellStart"/>
            <w:r>
              <w:rPr>
                <w:b/>
                <w:color w:val="FFFFFF"/>
                <w:sz w:val="19"/>
              </w:rPr>
              <w:t>Créancier</w:t>
            </w:r>
            <w:proofErr w:type="spellEnd"/>
            <w:r>
              <w:rPr>
                <w:b/>
                <w:color w:val="FFFFFF"/>
                <w:sz w:val="19"/>
              </w:rPr>
              <w:t xml:space="preserve"> (Institution / Compagnie)</w:t>
            </w:r>
          </w:p>
        </w:tc>
        <w:tc>
          <w:tcPr>
            <w:tcW w:w="2592" w:type="dxa"/>
            <w:shd w:val="clear" w:color="auto" w:fill="F58946"/>
          </w:tcPr>
          <w:p w14:paraId="1F792698" w14:textId="77777777" w:rsidR="00C237BD" w:rsidRPr="00DE230B" w:rsidRDefault="00000000">
            <w:pPr>
              <w:spacing w:before="80" w:after="80"/>
              <w:rPr>
                <w:lang w:val="fr-CA"/>
              </w:rPr>
            </w:pPr>
            <w:r w:rsidRPr="00DE230B">
              <w:rPr>
                <w:b/>
                <w:color w:val="FFFFFF"/>
                <w:sz w:val="19"/>
                <w:lang w:val="fr-CA"/>
              </w:rPr>
              <w:t>Type de dette (Prêt, carte, impôt)</w:t>
            </w:r>
          </w:p>
        </w:tc>
        <w:tc>
          <w:tcPr>
            <w:tcW w:w="2160" w:type="dxa"/>
            <w:shd w:val="clear" w:color="auto" w:fill="F58946"/>
          </w:tcPr>
          <w:p w14:paraId="05CA4D32" w14:textId="77777777" w:rsidR="00C237BD" w:rsidRDefault="00000000">
            <w:pPr>
              <w:spacing w:before="80" w:after="80"/>
            </w:pPr>
            <w:proofErr w:type="spellStart"/>
            <w:r>
              <w:rPr>
                <w:b/>
                <w:color w:val="FFFFFF"/>
                <w:sz w:val="19"/>
              </w:rPr>
              <w:t>Numéro</w:t>
            </w:r>
            <w:proofErr w:type="spellEnd"/>
            <w:r>
              <w:rPr>
                <w:b/>
                <w:color w:val="FFFFFF"/>
                <w:sz w:val="19"/>
              </w:rPr>
              <w:t xml:space="preserve"> de compte/</w:t>
            </w:r>
            <w:proofErr w:type="spellStart"/>
            <w:r>
              <w:rPr>
                <w:b/>
                <w:color w:val="FFFFFF"/>
                <w:sz w:val="19"/>
              </w:rPr>
              <w:t>référence</w:t>
            </w:r>
            <w:proofErr w:type="spellEnd"/>
          </w:p>
        </w:tc>
        <w:tc>
          <w:tcPr>
            <w:tcW w:w="1440" w:type="dxa"/>
            <w:shd w:val="clear" w:color="auto" w:fill="F58946"/>
          </w:tcPr>
          <w:p w14:paraId="3D001E94" w14:textId="77777777" w:rsidR="00C237BD" w:rsidRDefault="00000000">
            <w:pPr>
              <w:spacing w:before="80" w:after="80"/>
            </w:pPr>
            <w:r>
              <w:rPr>
                <w:b/>
                <w:color w:val="FFFFFF"/>
                <w:sz w:val="19"/>
              </w:rPr>
              <w:t>Montant dû au décès ($)</w:t>
            </w:r>
          </w:p>
        </w:tc>
      </w:tr>
      <w:tr w:rsidR="00C237BD" w14:paraId="32A39965" w14:textId="77777777">
        <w:trPr>
          <w:jc w:val="center"/>
        </w:trPr>
        <w:tc>
          <w:tcPr>
            <w:tcW w:w="3168" w:type="dxa"/>
            <w:shd w:val="clear" w:color="auto" w:fill="FAFAFA"/>
          </w:tcPr>
          <w:p w14:paraId="0484833F" w14:textId="77777777" w:rsidR="00C237BD" w:rsidRDefault="00000000">
            <w:r>
              <w:t>Ex: Banque Royale (RBC)</w:t>
            </w:r>
          </w:p>
        </w:tc>
        <w:tc>
          <w:tcPr>
            <w:tcW w:w="2592" w:type="dxa"/>
            <w:shd w:val="clear" w:color="auto" w:fill="FAFAFA"/>
          </w:tcPr>
          <w:p w14:paraId="6AABC028" w14:textId="77777777" w:rsidR="00C237BD" w:rsidRDefault="00000000">
            <w:r>
              <w:t>Prêt hypothécaire</w:t>
            </w:r>
          </w:p>
        </w:tc>
        <w:tc>
          <w:tcPr>
            <w:tcW w:w="2160" w:type="dxa"/>
            <w:shd w:val="clear" w:color="auto" w:fill="FAFAFA"/>
          </w:tcPr>
          <w:p w14:paraId="59F7A82E" w14:textId="77777777" w:rsidR="00C237BD" w:rsidRDefault="00000000">
            <w:pPr>
              <w:spacing w:before="80" w:after="80"/>
            </w:pPr>
            <w:r>
              <w:rPr>
                <w:sz w:val="19"/>
              </w:rPr>
              <w:t xml:space="preserve"> </w:t>
            </w:r>
          </w:p>
        </w:tc>
        <w:tc>
          <w:tcPr>
            <w:tcW w:w="1440" w:type="dxa"/>
            <w:shd w:val="clear" w:color="auto" w:fill="FAFAFA"/>
          </w:tcPr>
          <w:p w14:paraId="0CFBCAE6" w14:textId="77777777" w:rsidR="00C237BD" w:rsidRDefault="00000000">
            <w:r>
              <w:t xml:space="preserve"> </w:t>
            </w:r>
          </w:p>
        </w:tc>
      </w:tr>
      <w:tr w:rsidR="00C237BD" w14:paraId="67B084F9" w14:textId="77777777">
        <w:trPr>
          <w:jc w:val="center"/>
        </w:trPr>
        <w:tc>
          <w:tcPr>
            <w:tcW w:w="3168" w:type="dxa"/>
            <w:shd w:val="clear" w:color="auto" w:fill="FFFFFF"/>
          </w:tcPr>
          <w:p w14:paraId="4940883D" w14:textId="77777777" w:rsidR="00C237BD" w:rsidRDefault="00000000">
            <w:r>
              <w:t>Ex: Revenu Québec</w:t>
            </w:r>
          </w:p>
        </w:tc>
        <w:tc>
          <w:tcPr>
            <w:tcW w:w="2592" w:type="dxa"/>
            <w:shd w:val="clear" w:color="auto" w:fill="FFFFFF"/>
          </w:tcPr>
          <w:p w14:paraId="4BB7701D" w14:textId="77777777" w:rsidR="00C237BD" w:rsidRDefault="00000000">
            <w:r>
              <w:t>Impôt de l'année précédente</w:t>
            </w:r>
          </w:p>
        </w:tc>
        <w:tc>
          <w:tcPr>
            <w:tcW w:w="2160" w:type="dxa"/>
            <w:shd w:val="clear" w:color="auto" w:fill="FFFFFF"/>
          </w:tcPr>
          <w:p w14:paraId="5754EE36" w14:textId="77777777" w:rsidR="00C237BD" w:rsidRDefault="00000000">
            <w:pPr>
              <w:spacing w:before="80" w:after="80"/>
            </w:pPr>
            <w:r>
              <w:rPr>
                <w:sz w:val="19"/>
              </w:rPr>
              <w:t xml:space="preserve"> </w:t>
            </w:r>
          </w:p>
        </w:tc>
        <w:tc>
          <w:tcPr>
            <w:tcW w:w="1440" w:type="dxa"/>
            <w:shd w:val="clear" w:color="auto" w:fill="FFFFFF"/>
          </w:tcPr>
          <w:p w14:paraId="70437A1C" w14:textId="77777777" w:rsidR="00C237BD" w:rsidRDefault="00000000">
            <w:r>
              <w:t xml:space="preserve"> </w:t>
            </w:r>
          </w:p>
        </w:tc>
      </w:tr>
      <w:tr w:rsidR="00C237BD" w14:paraId="200FF081" w14:textId="77777777">
        <w:trPr>
          <w:jc w:val="center"/>
        </w:trPr>
        <w:tc>
          <w:tcPr>
            <w:tcW w:w="3168" w:type="dxa"/>
            <w:shd w:val="clear" w:color="auto" w:fill="FAFAFA"/>
          </w:tcPr>
          <w:p w14:paraId="79EA2795" w14:textId="77777777" w:rsidR="00C237BD" w:rsidRDefault="00000000">
            <w:pPr>
              <w:spacing w:before="80" w:after="80"/>
            </w:pPr>
            <w:r>
              <w:rPr>
                <w:sz w:val="19"/>
              </w:rPr>
              <w:t xml:space="preserve"> </w:t>
            </w:r>
          </w:p>
        </w:tc>
        <w:tc>
          <w:tcPr>
            <w:tcW w:w="2592" w:type="dxa"/>
            <w:shd w:val="clear" w:color="auto" w:fill="FAFAFA"/>
          </w:tcPr>
          <w:p w14:paraId="26FD8B3F" w14:textId="77777777" w:rsidR="00C237BD" w:rsidRDefault="00000000">
            <w:pPr>
              <w:spacing w:before="80" w:after="80"/>
            </w:pPr>
            <w:r>
              <w:rPr>
                <w:sz w:val="19"/>
              </w:rPr>
              <w:t xml:space="preserve"> </w:t>
            </w:r>
          </w:p>
        </w:tc>
        <w:tc>
          <w:tcPr>
            <w:tcW w:w="2160" w:type="dxa"/>
            <w:shd w:val="clear" w:color="auto" w:fill="FAFAFA"/>
          </w:tcPr>
          <w:p w14:paraId="67D3BCFC" w14:textId="77777777" w:rsidR="00C237BD" w:rsidRDefault="00000000">
            <w:pPr>
              <w:spacing w:before="80" w:after="80"/>
            </w:pPr>
            <w:r>
              <w:rPr>
                <w:sz w:val="19"/>
              </w:rPr>
              <w:t xml:space="preserve"> </w:t>
            </w:r>
          </w:p>
        </w:tc>
        <w:tc>
          <w:tcPr>
            <w:tcW w:w="1440" w:type="dxa"/>
            <w:shd w:val="clear" w:color="auto" w:fill="FAFAFA"/>
          </w:tcPr>
          <w:p w14:paraId="41060C3A" w14:textId="77777777" w:rsidR="00C237BD" w:rsidRDefault="00000000">
            <w:pPr>
              <w:spacing w:before="80" w:after="80"/>
            </w:pPr>
            <w:r>
              <w:rPr>
                <w:sz w:val="19"/>
              </w:rPr>
              <w:t xml:space="preserve"> </w:t>
            </w:r>
          </w:p>
        </w:tc>
      </w:tr>
      <w:tr w:rsidR="00C237BD" w14:paraId="08274ABD" w14:textId="77777777">
        <w:trPr>
          <w:jc w:val="center"/>
        </w:trPr>
        <w:tc>
          <w:tcPr>
            <w:tcW w:w="3168" w:type="dxa"/>
            <w:shd w:val="clear" w:color="auto" w:fill="FFFFFF"/>
          </w:tcPr>
          <w:p w14:paraId="1E8A39C4" w14:textId="77777777" w:rsidR="00C237BD" w:rsidRDefault="00000000">
            <w:pPr>
              <w:spacing w:before="80" w:after="80"/>
            </w:pPr>
            <w:r>
              <w:rPr>
                <w:sz w:val="19"/>
              </w:rPr>
              <w:t xml:space="preserve"> </w:t>
            </w:r>
          </w:p>
        </w:tc>
        <w:tc>
          <w:tcPr>
            <w:tcW w:w="2592" w:type="dxa"/>
            <w:shd w:val="clear" w:color="auto" w:fill="FFFFFF"/>
          </w:tcPr>
          <w:p w14:paraId="37D6D0D2" w14:textId="77777777" w:rsidR="00C237BD" w:rsidRDefault="00000000">
            <w:pPr>
              <w:spacing w:before="80" w:after="80"/>
            </w:pPr>
            <w:r>
              <w:rPr>
                <w:sz w:val="19"/>
              </w:rPr>
              <w:t xml:space="preserve"> </w:t>
            </w:r>
          </w:p>
        </w:tc>
        <w:tc>
          <w:tcPr>
            <w:tcW w:w="2160" w:type="dxa"/>
            <w:shd w:val="clear" w:color="auto" w:fill="FFFFFF"/>
          </w:tcPr>
          <w:p w14:paraId="4715E01B" w14:textId="77777777" w:rsidR="00C237BD" w:rsidRDefault="00000000">
            <w:pPr>
              <w:spacing w:before="80" w:after="80"/>
            </w:pPr>
            <w:r>
              <w:rPr>
                <w:sz w:val="19"/>
              </w:rPr>
              <w:t xml:space="preserve"> </w:t>
            </w:r>
          </w:p>
        </w:tc>
        <w:tc>
          <w:tcPr>
            <w:tcW w:w="1440" w:type="dxa"/>
            <w:shd w:val="clear" w:color="auto" w:fill="FFFFFF"/>
          </w:tcPr>
          <w:p w14:paraId="2D434127" w14:textId="77777777" w:rsidR="00C237BD" w:rsidRDefault="00000000">
            <w:pPr>
              <w:spacing w:before="80" w:after="80"/>
            </w:pPr>
            <w:r>
              <w:rPr>
                <w:sz w:val="19"/>
              </w:rPr>
              <w:t xml:space="preserve"> </w:t>
            </w:r>
          </w:p>
        </w:tc>
      </w:tr>
    </w:tbl>
    <w:p w14:paraId="666AF8C5" w14:textId="77777777" w:rsidR="00C237BD" w:rsidRDefault="00C237BD">
      <w:pPr>
        <w:spacing w:before="120"/>
      </w:pPr>
    </w:p>
    <w:p w14:paraId="30D67BAD" w14:textId="77777777" w:rsidR="00C237BD" w:rsidRPr="00DE230B" w:rsidRDefault="00000000">
      <w:pPr>
        <w:pStyle w:val="Heading1"/>
        <w:rPr>
          <w:lang w:val="fr-CA"/>
        </w:rPr>
      </w:pPr>
      <w:r w:rsidRPr="00DE230B">
        <w:rPr>
          <w:lang w:val="fr-CA"/>
        </w:rPr>
        <w:lastRenderedPageBreak/>
        <w:t>5. Gestion Pratique, Abonnements et Vie Numérique</w:t>
      </w:r>
    </w:p>
    <w:p w14:paraId="2F537B15" w14:textId="77777777" w:rsidR="00C237BD" w:rsidRPr="00DE230B" w:rsidRDefault="00000000">
      <w:pPr>
        <w:pBdr>
          <w:left w:val="single" w:sz="24" w:space="12" w:color="F58946"/>
        </w:pBdr>
        <w:shd w:val="clear" w:color="auto" w:fill="FDF2EC"/>
        <w:spacing w:before="160" w:after="160"/>
        <w:ind w:left="360"/>
        <w:rPr>
          <w:lang w:val="fr-CA"/>
        </w:rPr>
      </w:pPr>
      <w:r>
        <w:rPr>
          <w:b/>
          <w:color w:val="F58946"/>
        </w:rPr>
        <w:t>💡</w:t>
      </w:r>
      <w:r w:rsidRPr="00DE230B">
        <w:rPr>
          <w:b/>
          <w:color w:val="F58946"/>
          <w:lang w:val="fr-CA"/>
        </w:rPr>
        <w:t xml:space="preserve"> Le piège des comptes gelés au décès</w:t>
      </w:r>
      <w:r w:rsidRPr="00DE230B">
        <w:rPr>
          <w:b/>
          <w:color w:val="F58946"/>
          <w:lang w:val="fr-CA"/>
        </w:rPr>
        <w:br/>
      </w:r>
      <w:r w:rsidRPr="00DE230B">
        <w:rPr>
          <w:i/>
          <w:color w:val="505050"/>
          <w:sz w:val="19"/>
          <w:lang w:val="fr-CA"/>
        </w:rPr>
        <w:t xml:space="preserve">ÉLÉMENT EXCLUSIF </w:t>
      </w:r>
      <w:proofErr w:type="gramStart"/>
      <w:r w:rsidRPr="00DE230B">
        <w:rPr>
          <w:i/>
          <w:color w:val="505050"/>
          <w:sz w:val="19"/>
          <w:lang w:val="fr-CA"/>
        </w:rPr>
        <w:t>JURICLIK :</w:t>
      </w:r>
      <w:proofErr w:type="gramEnd"/>
      <w:r w:rsidRPr="00DE230B">
        <w:rPr>
          <w:i/>
          <w:color w:val="505050"/>
          <w:sz w:val="19"/>
          <w:lang w:val="fr-CA"/>
        </w:rPr>
        <w:t xml:space="preserve"> Les formulaires gouvernementaux officiels oublient souvent la gestion pratique du quotidien. Lors d'un décès, les comptes bancaires du défunt sont gelés. Les prélèvements préautorisés bloquent, ce qui peut couper le chauffage (Hydro-Québec) ou l'assurance habitation. Identifiez ces comptes rapidement pour éviter des sinistres ou des interruptions de service.</w:t>
      </w:r>
    </w:p>
    <w:p w14:paraId="30A5A94D" w14:textId="77777777" w:rsidR="00C237BD" w:rsidRDefault="00000000">
      <w:pPr>
        <w:pStyle w:val="Heading2"/>
      </w:pPr>
      <w:r>
        <w:t xml:space="preserve">5.1 </w:t>
      </w:r>
      <w:proofErr w:type="spellStart"/>
      <w:r>
        <w:t>Prélèvements</w:t>
      </w:r>
      <w:proofErr w:type="spellEnd"/>
      <w:r>
        <w:t xml:space="preserve"> </w:t>
      </w:r>
      <w:proofErr w:type="spellStart"/>
      <w:r>
        <w:t>préautorisés</w:t>
      </w:r>
      <w:proofErr w:type="spellEnd"/>
      <w:r>
        <w:t xml:space="preserve"> </w:t>
      </w:r>
      <w:proofErr w:type="spellStart"/>
      <w:r>
        <w:t>actifs</w:t>
      </w:r>
      <w:proofErr w:type="spellEnd"/>
      <w:r>
        <w:t xml:space="preserve"> à gérer</w:t>
      </w:r>
    </w:p>
    <w:tbl>
      <w:tblPr>
        <w:tblStyle w:val="TableGrid"/>
        <w:tblW w:w="0" w:type="auto"/>
        <w:jc w:val="center"/>
        <w:tblLayout w:type="fixed"/>
        <w:tblLook w:val="04A0" w:firstRow="1" w:lastRow="0" w:firstColumn="1" w:lastColumn="0" w:noHBand="0" w:noVBand="1"/>
      </w:tblPr>
      <w:tblGrid>
        <w:gridCol w:w="3168"/>
        <w:gridCol w:w="1440"/>
        <w:gridCol w:w="2592"/>
        <w:gridCol w:w="2160"/>
      </w:tblGrid>
      <w:tr w:rsidR="00C237BD" w14:paraId="1CDE918E" w14:textId="77777777">
        <w:trPr>
          <w:jc w:val="center"/>
        </w:trPr>
        <w:tc>
          <w:tcPr>
            <w:tcW w:w="3168" w:type="dxa"/>
            <w:shd w:val="clear" w:color="auto" w:fill="F58946"/>
          </w:tcPr>
          <w:p w14:paraId="5E5CAC30" w14:textId="77777777" w:rsidR="00C237BD" w:rsidRDefault="00000000">
            <w:pPr>
              <w:spacing w:before="80" w:after="80"/>
            </w:pPr>
            <w:r>
              <w:rPr>
                <w:b/>
                <w:color w:val="FFFFFF"/>
                <w:sz w:val="19"/>
              </w:rPr>
              <w:t>Compte / Service</w:t>
            </w:r>
          </w:p>
        </w:tc>
        <w:tc>
          <w:tcPr>
            <w:tcW w:w="1440" w:type="dxa"/>
            <w:shd w:val="clear" w:color="auto" w:fill="F58946"/>
          </w:tcPr>
          <w:p w14:paraId="244696A4" w14:textId="77777777" w:rsidR="00C237BD" w:rsidRDefault="00000000">
            <w:pPr>
              <w:spacing w:before="80" w:after="80"/>
            </w:pPr>
            <w:r>
              <w:rPr>
                <w:b/>
                <w:color w:val="FFFFFF"/>
                <w:sz w:val="19"/>
              </w:rPr>
              <w:t>Fréquence</w:t>
            </w:r>
          </w:p>
        </w:tc>
        <w:tc>
          <w:tcPr>
            <w:tcW w:w="2592" w:type="dxa"/>
            <w:shd w:val="clear" w:color="auto" w:fill="F58946"/>
          </w:tcPr>
          <w:p w14:paraId="430DC5F4" w14:textId="77777777" w:rsidR="00C237BD" w:rsidRPr="00DE230B" w:rsidRDefault="00000000">
            <w:pPr>
              <w:spacing w:before="80" w:after="80"/>
              <w:rPr>
                <w:lang w:val="fr-CA"/>
              </w:rPr>
            </w:pPr>
            <w:r w:rsidRPr="00DE230B">
              <w:rPr>
                <w:b/>
                <w:color w:val="FFFFFF"/>
                <w:sz w:val="19"/>
                <w:lang w:val="fr-CA"/>
              </w:rPr>
              <w:t>Mode de paiement (ex: Visa, Débit)</w:t>
            </w:r>
          </w:p>
        </w:tc>
        <w:tc>
          <w:tcPr>
            <w:tcW w:w="2160" w:type="dxa"/>
            <w:shd w:val="clear" w:color="auto" w:fill="F58946"/>
          </w:tcPr>
          <w:p w14:paraId="026FFA36" w14:textId="77777777" w:rsidR="00C237BD" w:rsidRDefault="00000000">
            <w:pPr>
              <w:spacing w:before="80" w:after="80"/>
            </w:pPr>
            <w:r>
              <w:rPr>
                <w:b/>
                <w:color w:val="FFFFFF"/>
                <w:sz w:val="19"/>
              </w:rPr>
              <w:t xml:space="preserve">Action </w:t>
            </w:r>
            <w:proofErr w:type="spellStart"/>
            <w:r>
              <w:rPr>
                <w:b/>
                <w:color w:val="FFFFFF"/>
                <w:sz w:val="19"/>
              </w:rPr>
              <w:t>requise</w:t>
            </w:r>
            <w:proofErr w:type="spellEnd"/>
            <w:r>
              <w:rPr>
                <w:b/>
                <w:color w:val="FFFFFF"/>
                <w:sz w:val="19"/>
              </w:rPr>
              <w:t xml:space="preserve"> (</w:t>
            </w:r>
            <w:proofErr w:type="spellStart"/>
            <w:r>
              <w:rPr>
                <w:b/>
                <w:color w:val="FFFFFF"/>
                <w:sz w:val="19"/>
              </w:rPr>
              <w:t>Annuler</w:t>
            </w:r>
            <w:proofErr w:type="spellEnd"/>
            <w:r>
              <w:rPr>
                <w:b/>
                <w:color w:val="FFFFFF"/>
                <w:sz w:val="19"/>
              </w:rPr>
              <w:t xml:space="preserve"> / Transférer)</w:t>
            </w:r>
          </w:p>
        </w:tc>
      </w:tr>
      <w:tr w:rsidR="00C237BD" w14:paraId="5820F2E1" w14:textId="77777777">
        <w:trPr>
          <w:jc w:val="center"/>
        </w:trPr>
        <w:tc>
          <w:tcPr>
            <w:tcW w:w="3168" w:type="dxa"/>
            <w:shd w:val="clear" w:color="auto" w:fill="FAFAFA"/>
          </w:tcPr>
          <w:p w14:paraId="2182C750" w14:textId="77777777" w:rsidR="00C237BD" w:rsidRDefault="00000000">
            <w:r>
              <w:t>Ex: Hydro-Québec</w:t>
            </w:r>
          </w:p>
        </w:tc>
        <w:tc>
          <w:tcPr>
            <w:tcW w:w="1440" w:type="dxa"/>
            <w:shd w:val="clear" w:color="auto" w:fill="FAFAFA"/>
          </w:tcPr>
          <w:p w14:paraId="3125008F" w14:textId="77777777" w:rsidR="00C237BD" w:rsidRDefault="00000000">
            <w:r>
              <w:t>Mensuel</w:t>
            </w:r>
          </w:p>
        </w:tc>
        <w:tc>
          <w:tcPr>
            <w:tcW w:w="2592" w:type="dxa"/>
            <w:shd w:val="clear" w:color="auto" w:fill="FAFAFA"/>
          </w:tcPr>
          <w:p w14:paraId="73934623" w14:textId="77777777" w:rsidR="00C237BD" w:rsidRDefault="00000000">
            <w:r>
              <w:t>Prélèvement bancaire</w:t>
            </w:r>
          </w:p>
        </w:tc>
        <w:tc>
          <w:tcPr>
            <w:tcW w:w="2160" w:type="dxa"/>
            <w:shd w:val="clear" w:color="auto" w:fill="FAFAFA"/>
          </w:tcPr>
          <w:p w14:paraId="73F6A4E6" w14:textId="77777777" w:rsidR="00C237BD" w:rsidRDefault="00000000">
            <w:r>
              <w:t>Garder actif (chauffage maison)</w:t>
            </w:r>
          </w:p>
        </w:tc>
      </w:tr>
      <w:tr w:rsidR="00C237BD" w14:paraId="1DE6DA56" w14:textId="77777777">
        <w:trPr>
          <w:jc w:val="center"/>
        </w:trPr>
        <w:tc>
          <w:tcPr>
            <w:tcW w:w="3168" w:type="dxa"/>
            <w:shd w:val="clear" w:color="auto" w:fill="FFFFFF"/>
          </w:tcPr>
          <w:p w14:paraId="03128E2A" w14:textId="77777777" w:rsidR="00C237BD" w:rsidRDefault="00000000">
            <w:r>
              <w:t>Ex: Gym / Fitness</w:t>
            </w:r>
          </w:p>
        </w:tc>
        <w:tc>
          <w:tcPr>
            <w:tcW w:w="1440" w:type="dxa"/>
            <w:shd w:val="clear" w:color="auto" w:fill="FFFFFF"/>
          </w:tcPr>
          <w:p w14:paraId="79E48E5D" w14:textId="77777777" w:rsidR="00C237BD" w:rsidRDefault="00000000">
            <w:r>
              <w:t>Mensuel</w:t>
            </w:r>
          </w:p>
        </w:tc>
        <w:tc>
          <w:tcPr>
            <w:tcW w:w="2592" w:type="dxa"/>
            <w:shd w:val="clear" w:color="auto" w:fill="FFFFFF"/>
          </w:tcPr>
          <w:p w14:paraId="50366CF7" w14:textId="77777777" w:rsidR="00C237BD" w:rsidRDefault="00000000">
            <w:r>
              <w:t>Carte de crédit</w:t>
            </w:r>
          </w:p>
        </w:tc>
        <w:tc>
          <w:tcPr>
            <w:tcW w:w="2160" w:type="dxa"/>
            <w:shd w:val="clear" w:color="auto" w:fill="FFFFFF"/>
          </w:tcPr>
          <w:p w14:paraId="52FF0EC7" w14:textId="77777777" w:rsidR="00C237BD" w:rsidRDefault="00000000">
            <w:r>
              <w:t>Annuler immédiatement</w:t>
            </w:r>
          </w:p>
        </w:tc>
      </w:tr>
      <w:tr w:rsidR="00C237BD" w14:paraId="70B11142" w14:textId="77777777">
        <w:trPr>
          <w:jc w:val="center"/>
        </w:trPr>
        <w:tc>
          <w:tcPr>
            <w:tcW w:w="3168" w:type="dxa"/>
            <w:shd w:val="clear" w:color="auto" w:fill="FAFAFA"/>
          </w:tcPr>
          <w:p w14:paraId="3C52DA40" w14:textId="77777777" w:rsidR="00C237BD" w:rsidRDefault="00000000">
            <w:pPr>
              <w:spacing w:before="80" w:after="80"/>
            </w:pPr>
            <w:r>
              <w:rPr>
                <w:sz w:val="19"/>
              </w:rPr>
              <w:t xml:space="preserve"> </w:t>
            </w:r>
          </w:p>
        </w:tc>
        <w:tc>
          <w:tcPr>
            <w:tcW w:w="1440" w:type="dxa"/>
            <w:shd w:val="clear" w:color="auto" w:fill="FAFAFA"/>
          </w:tcPr>
          <w:p w14:paraId="518BAE41" w14:textId="77777777" w:rsidR="00C237BD" w:rsidRDefault="00000000">
            <w:pPr>
              <w:spacing w:before="80" w:after="80"/>
            </w:pPr>
            <w:r>
              <w:rPr>
                <w:sz w:val="19"/>
              </w:rPr>
              <w:t xml:space="preserve"> </w:t>
            </w:r>
          </w:p>
        </w:tc>
        <w:tc>
          <w:tcPr>
            <w:tcW w:w="2592" w:type="dxa"/>
            <w:shd w:val="clear" w:color="auto" w:fill="FAFAFA"/>
          </w:tcPr>
          <w:p w14:paraId="76A8C7C1" w14:textId="77777777" w:rsidR="00C237BD" w:rsidRDefault="00000000">
            <w:pPr>
              <w:spacing w:before="80" w:after="80"/>
            </w:pPr>
            <w:r>
              <w:rPr>
                <w:sz w:val="19"/>
              </w:rPr>
              <w:t xml:space="preserve"> </w:t>
            </w:r>
          </w:p>
        </w:tc>
        <w:tc>
          <w:tcPr>
            <w:tcW w:w="2160" w:type="dxa"/>
            <w:shd w:val="clear" w:color="auto" w:fill="FAFAFA"/>
          </w:tcPr>
          <w:p w14:paraId="440436A4" w14:textId="77777777" w:rsidR="00C237BD" w:rsidRDefault="00000000">
            <w:pPr>
              <w:spacing w:before="80" w:after="80"/>
            </w:pPr>
            <w:r>
              <w:rPr>
                <w:sz w:val="19"/>
              </w:rPr>
              <w:t xml:space="preserve"> </w:t>
            </w:r>
          </w:p>
        </w:tc>
      </w:tr>
    </w:tbl>
    <w:p w14:paraId="53F00F74" w14:textId="77777777" w:rsidR="00C237BD" w:rsidRDefault="00C237BD">
      <w:pPr>
        <w:spacing w:before="120"/>
      </w:pPr>
    </w:p>
    <w:p w14:paraId="3B8DC65C" w14:textId="77777777" w:rsidR="00C237BD" w:rsidRDefault="00000000">
      <w:pPr>
        <w:pStyle w:val="Heading2"/>
      </w:pPr>
      <w:r>
        <w:t>5.2 Contrats d'entretien et abonnements physiques</w:t>
      </w:r>
    </w:p>
    <w:tbl>
      <w:tblPr>
        <w:tblStyle w:val="TableGrid"/>
        <w:tblW w:w="0" w:type="auto"/>
        <w:jc w:val="center"/>
        <w:tblLayout w:type="fixed"/>
        <w:tblLook w:val="04A0" w:firstRow="1" w:lastRow="0" w:firstColumn="1" w:lastColumn="0" w:noHBand="0" w:noVBand="1"/>
      </w:tblPr>
      <w:tblGrid>
        <w:gridCol w:w="2592"/>
        <w:gridCol w:w="2448"/>
        <w:gridCol w:w="2160"/>
        <w:gridCol w:w="2160"/>
      </w:tblGrid>
      <w:tr w:rsidR="00C237BD" w14:paraId="7242D22F" w14:textId="77777777">
        <w:trPr>
          <w:jc w:val="center"/>
        </w:trPr>
        <w:tc>
          <w:tcPr>
            <w:tcW w:w="2592" w:type="dxa"/>
            <w:shd w:val="clear" w:color="auto" w:fill="F58946"/>
          </w:tcPr>
          <w:p w14:paraId="48FF7C81" w14:textId="77777777" w:rsidR="00C237BD" w:rsidRDefault="00000000">
            <w:pPr>
              <w:spacing w:before="80" w:after="80"/>
            </w:pPr>
            <w:r>
              <w:rPr>
                <w:b/>
                <w:color w:val="FFFFFF"/>
                <w:sz w:val="19"/>
              </w:rPr>
              <w:t>Type de service</w:t>
            </w:r>
          </w:p>
        </w:tc>
        <w:tc>
          <w:tcPr>
            <w:tcW w:w="2448" w:type="dxa"/>
            <w:shd w:val="clear" w:color="auto" w:fill="F58946"/>
          </w:tcPr>
          <w:p w14:paraId="0C584CD7" w14:textId="77777777" w:rsidR="00C237BD" w:rsidRDefault="00000000">
            <w:pPr>
              <w:spacing w:before="80" w:after="80"/>
            </w:pPr>
            <w:r>
              <w:rPr>
                <w:b/>
                <w:color w:val="FFFFFF"/>
                <w:sz w:val="19"/>
              </w:rPr>
              <w:t>Compagnie / Fournisseur</w:t>
            </w:r>
          </w:p>
        </w:tc>
        <w:tc>
          <w:tcPr>
            <w:tcW w:w="2160" w:type="dxa"/>
            <w:shd w:val="clear" w:color="auto" w:fill="F58946"/>
          </w:tcPr>
          <w:p w14:paraId="32887DC4" w14:textId="77777777" w:rsidR="00C237BD" w:rsidRDefault="00000000">
            <w:pPr>
              <w:spacing w:before="80" w:after="80"/>
            </w:pPr>
            <w:r>
              <w:rPr>
                <w:b/>
                <w:color w:val="FFFFFF"/>
                <w:sz w:val="19"/>
              </w:rPr>
              <w:t>Coordonnées de contact</w:t>
            </w:r>
          </w:p>
        </w:tc>
        <w:tc>
          <w:tcPr>
            <w:tcW w:w="2160" w:type="dxa"/>
            <w:shd w:val="clear" w:color="auto" w:fill="F58946"/>
          </w:tcPr>
          <w:p w14:paraId="394DA1BE" w14:textId="77777777" w:rsidR="00C237BD" w:rsidRDefault="00000000">
            <w:pPr>
              <w:spacing w:before="80" w:after="80"/>
            </w:pPr>
            <w:r>
              <w:rPr>
                <w:b/>
                <w:color w:val="FFFFFF"/>
                <w:sz w:val="19"/>
              </w:rPr>
              <w:t>Action requise</w:t>
            </w:r>
          </w:p>
        </w:tc>
      </w:tr>
      <w:tr w:rsidR="00C237BD" w14:paraId="62C11AE7" w14:textId="77777777">
        <w:trPr>
          <w:jc w:val="center"/>
        </w:trPr>
        <w:tc>
          <w:tcPr>
            <w:tcW w:w="2592" w:type="dxa"/>
            <w:shd w:val="clear" w:color="auto" w:fill="FAFAFA"/>
          </w:tcPr>
          <w:p w14:paraId="08863EF4" w14:textId="77777777" w:rsidR="00C237BD" w:rsidRDefault="00000000">
            <w:r>
              <w:rPr>
                <w:b/>
              </w:rPr>
              <w:t>Déneigement</w:t>
            </w:r>
          </w:p>
        </w:tc>
        <w:tc>
          <w:tcPr>
            <w:tcW w:w="2448" w:type="dxa"/>
            <w:shd w:val="clear" w:color="auto" w:fill="FAFAFA"/>
          </w:tcPr>
          <w:p w14:paraId="2129BD15" w14:textId="77777777" w:rsidR="00C237BD" w:rsidRDefault="00000000">
            <w:pPr>
              <w:spacing w:before="80" w:after="80"/>
            </w:pPr>
            <w:r>
              <w:rPr>
                <w:sz w:val="19"/>
              </w:rPr>
              <w:t xml:space="preserve"> </w:t>
            </w:r>
          </w:p>
        </w:tc>
        <w:tc>
          <w:tcPr>
            <w:tcW w:w="2160" w:type="dxa"/>
            <w:shd w:val="clear" w:color="auto" w:fill="FAFAFA"/>
          </w:tcPr>
          <w:p w14:paraId="59478912" w14:textId="77777777" w:rsidR="00C237BD" w:rsidRDefault="00000000">
            <w:pPr>
              <w:spacing w:before="80" w:after="80"/>
            </w:pPr>
            <w:r>
              <w:rPr>
                <w:sz w:val="19"/>
              </w:rPr>
              <w:t xml:space="preserve"> </w:t>
            </w:r>
          </w:p>
        </w:tc>
        <w:tc>
          <w:tcPr>
            <w:tcW w:w="2160" w:type="dxa"/>
            <w:shd w:val="clear" w:color="auto" w:fill="FAFAFA"/>
          </w:tcPr>
          <w:p w14:paraId="28626B74" w14:textId="77777777" w:rsidR="00C237BD" w:rsidRDefault="00000000">
            <w:r>
              <w:t>Maintenir jusqu'au printemps</w:t>
            </w:r>
          </w:p>
        </w:tc>
      </w:tr>
      <w:tr w:rsidR="00C237BD" w:rsidRPr="00DE230B" w14:paraId="63260078" w14:textId="77777777">
        <w:trPr>
          <w:jc w:val="center"/>
        </w:trPr>
        <w:tc>
          <w:tcPr>
            <w:tcW w:w="2592" w:type="dxa"/>
            <w:shd w:val="clear" w:color="auto" w:fill="FFFFFF"/>
          </w:tcPr>
          <w:p w14:paraId="253200FD" w14:textId="77777777" w:rsidR="00C237BD" w:rsidRDefault="00000000">
            <w:r>
              <w:rPr>
                <w:b/>
              </w:rPr>
              <w:t>Téléphone &amp; Internet</w:t>
            </w:r>
          </w:p>
        </w:tc>
        <w:tc>
          <w:tcPr>
            <w:tcW w:w="2448" w:type="dxa"/>
            <w:shd w:val="clear" w:color="auto" w:fill="FFFFFF"/>
          </w:tcPr>
          <w:p w14:paraId="0A5CA110" w14:textId="77777777" w:rsidR="00C237BD" w:rsidRDefault="00000000">
            <w:pPr>
              <w:spacing w:before="80" w:after="80"/>
            </w:pPr>
            <w:r>
              <w:rPr>
                <w:sz w:val="19"/>
              </w:rPr>
              <w:t xml:space="preserve"> </w:t>
            </w:r>
          </w:p>
        </w:tc>
        <w:tc>
          <w:tcPr>
            <w:tcW w:w="2160" w:type="dxa"/>
            <w:shd w:val="clear" w:color="auto" w:fill="FFFFFF"/>
          </w:tcPr>
          <w:p w14:paraId="1E9B8A4D" w14:textId="77777777" w:rsidR="00C237BD" w:rsidRDefault="00000000">
            <w:pPr>
              <w:spacing w:before="80" w:after="80"/>
            </w:pPr>
            <w:r>
              <w:rPr>
                <w:sz w:val="19"/>
              </w:rPr>
              <w:t xml:space="preserve"> </w:t>
            </w:r>
          </w:p>
        </w:tc>
        <w:tc>
          <w:tcPr>
            <w:tcW w:w="2160" w:type="dxa"/>
            <w:shd w:val="clear" w:color="auto" w:fill="FFFFFF"/>
          </w:tcPr>
          <w:p w14:paraId="50157B3F" w14:textId="77777777" w:rsidR="00C237BD" w:rsidRPr="00DE230B" w:rsidRDefault="00000000">
            <w:pPr>
              <w:rPr>
                <w:lang w:val="fr-CA"/>
              </w:rPr>
            </w:pPr>
            <w:r w:rsidRPr="00DE230B">
              <w:rPr>
                <w:lang w:val="fr-CA"/>
              </w:rPr>
              <w:t xml:space="preserve">Annuler </w:t>
            </w:r>
            <w:proofErr w:type="spellStart"/>
            <w:r w:rsidRPr="00DE230B">
              <w:rPr>
                <w:lang w:val="fr-CA"/>
              </w:rPr>
              <w:t>après vente</w:t>
            </w:r>
            <w:proofErr w:type="spellEnd"/>
            <w:r w:rsidRPr="00DE230B">
              <w:rPr>
                <w:lang w:val="fr-CA"/>
              </w:rPr>
              <w:t xml:space="preserve"> de la maison</w:t>
            </w:r>
          </w:p>
        </w:tc>
      </w:tr>
      <w:tr w:rsidR="00C237BD" w:rsidRPr="00DE230B" w14:paraId="754843C7" w14:textId="77777777">
        <w:trPr>
          <w:jc w:val="center"/>
        </w:trPr>
        <w:tc>
          <w:tcPr>
            <w:tcW w:w="2592" w:type="dxa"/>
            <w:shd w:val="clear" w:color="auto" w:fill="FAFAFA"/>
          </w:tcPr>
          <w:p w14:paraId="43ECDA9A" w14:textId="77777777" w:rsidR="00C237BD" w:rsidRPr="00DE230B" w:rsidRDefault="00000000">
            <w:pPr>
              <w:spacing w:before="80" w:after="80"/>
              <w:rPr>
                <w:lang w:val="fr-CA"/>
              </w:rPr>
            </w:pPr>
            <w:r w:rsidRPr="00DE230B">
              <w:rPr>
                <w:sz w:val="19"/>
                <w:lang w:val="fr-CA"/>
              </w:rPr>
              <w:t xml:space="preserve"> </w:t>
            </w:r>
          </w:p>
        </w:tc>
        <w:tc>
          <w:tcPr>
            <w:tcW w:w="2448" w:type="dxa"/>
            <w:shd w:val="clear" w:color="auto" w:fill="FAFAFA"/>
          </w:tcPr>
          <w:p w14:paraId="708B2C12" w14:textId="77777777" w:rsidR="00C237BD" w:rsidRPr="00DE230B" w:rsidRDefault="00000000">
            <w:pPr>
              <w:spacing w:before="80" w:after="80"/>
              <w:rPr>
                <w:lang w:val="fr-CA"/>
              </w:rPr>
            </w:pPr>
            <w:r w:rsidRPr="00DE230B">
              <w:rPr>
                <w:sz w:val="19"/>
                <w:lang w:val="fr-CA"/>
              </w:rPr>
              <w:t xml:space="preserve"> </w:t>
            </w:r>
          </w:p>
        </w:tc>
        <w:tc>
          <w:tcPr>
            <w:tcW w:w="2160" w:type="dxa"/>
            <w:shd w:val="clear" w:color="auto" w:fill="FAFAFA"/>
          </w:tcPr>
          <w:p w14:paraId="26269E7C" w14:textId="77777777" w:rsidR="00C237BD" w:rsidRPr="00DE230B" w:rsidRDefault="00000000">
            <w:pPr>
              <w:spacing w:before="80" w:after="80"/>
              <w:rPr>
                <w:lang w:val="fr-CA"/>
              </w:rPr>
            </w:pPr>
            <w:r w:rsidRPr="00DE230B">
              <w:rPr>
                <w:sz w:val="19"/>
                <w:lang w:val="fr-CA"/>
              </w:rPr>
              <w:t xml:space="preserve"> </w:t>
            </w:r>
          </w:p>
        </w:tc>
        <w:tc>
          <w:tcPr>
            <w:tcW w:w="2160" w:type="dxa"/>
            <w:shd w:val="clear" w:color="auto" w:fill="FAFAFA"/>
          </w:tcPr>
          <w:p w14:paraId="329ABCC3" w14:textId="77777777" w:rsidR="00C237BD" w:rsidRPr="00DE230B" w:rsidRDefault="00000000">
            <w:pPr>
              <w:spacing w:before="80" w:after="80"/>
              <w:rPr>
                <w:lang w:val="fr-CA"/>
              </w:rPr>
            </w:pPr>
            <w:r w:rsidRPr="00DE230B">
              <w:rPr>
                <w:sz w:val="19"/>
                <w:lang w:val="fr-CA"/>
              </w:rPr>
              <w:t xml:space="preserve"> </w:t>
            </w:r>
          </w:p>
        </w:tc>
      </w:tr>
    </w:tbl>
    <w:p w14:paraId="705D194F" w14:textId="77777777" w:rsidR="00C237BD" w:rsidRPr="00DE230B" w:rsidRDefault="00C237BD">
      <w:pPr>
        <w:spacing w:before="120"/>
        <w:rPr>
          <w:lang w:val="fr-CA"/>
        </w:rPr>
      </w:pPr>
    </w:p>
    <w:p w14:paraId="3EA0DAD1" w14:textId="77777777" w:rsidR="00C237BD" w:rsidRPr="00DE230B" w:rsidRDefault="00000000">
      <w:pPr>
        <w:pStyle w:val="Heading2"/>
        <w:rPr>
          <w:lang w:val="fr-CA"/>
        </w:rPr>
      </w:pPr>
      <w:r w:rsidRPr="00DE230B">
        <w:rPr>
          <w:lang w:val="fr-CA"/>
        </w:rPr>
        <w:lastRenderedPageBreak/>
        <w:t xml:space="preserve">5.3 Comptes en ligne, </w:t>
      </w:r>
      <w:proofErr w:type="gramStart"/>
      <w:r w:rsidRPr="00DE230B">
        <w:rPr>
          <w:lang w:val="fr-CA"/>
        </w:rPr>
        <w:t>e-mails</w:t>
      </w:r>
      <w:proofErr w:type="gramEnd"/>
      <w:r w:rsidRPr="00DE230B">
        <w:rPr>
          <w:lang w:val="fr-CA"/>
        </w:rPr>
        <w:t xml:space="preserve"> et réseaux sociaux</w:t>
      </w:r>
    </w:p>
    <w:tbl>
      <w:tblPr>
        <w:tblStyle w:val="TableGrid"/>
        <w:tblW w:w="0" w:type="auto"/>
        <w:jc w:val="center"/>
        <w:tblLayout w:type="fixed"/>
        <w:tblLook w:val="04A0" w:firstRow="1" w:lastRow="0" w:firstColumn="1" w:lastColumn="0" w:noHBand="0" w:noVBand="1"/>
      </w:tblPr>
      <w:tblGrid>
        <w:gridCol w:w="2880"/>
        <w:gridCol w:w="2592"/>
        <w:gridCol w:w="1728"/>
        <w:gridCol w:w="2160"/>
      </w:tblGrid>
      <w:tr w:rsidR="00C237BD" w14:paraId="0F233E90" w14:textId="77777777">
        <w:trPr>
          <w:jc w:val="center"/>
        </w:trPr>
        <w:tc>
          <w:tcPr>
            <w:tcW w:w="2880" w:type="dxa"/>
            <w:shd w:val="clear" w:color="auto" w:fill="F58946"/>
          </w:tcPr>
          <w:p w14:paraId="3BF76C27" w14:textId="77777777" w:rsidR="00C237BD" w:rsidRDefault="00000000">
            <w:pPr>
              <w:spacing w:before="80" w:after="80"/>
            </w:pPr>
            <w:proofErr w:type="spellStart"/>
            <w:r>
              <w:rPr>
                <w:b/>
                <w:color w:val="FFFFFF"/>
                <w:sz w:val="19"/>
              </w:rPr>
              <w:t>Plateforme</w:t>
            </w:r>
            <w:proofErr w:type="spellEnd"/>
            <w:r>
              <w:rPr>
                <w:b/>
                <w:color w:val="FFFFFF"/>
                <w:sz w:val="19"/>
              </w:rPr>
              <w:t xml:space="preserve"> / Compte</w:t>
            </w:r>
          </w:p>
        </w:tc>
        <w:tc>
          <w:tcPr>
            <w:tcW w:w="2592" w:type="dxa"/>
            <w:shd w:val="clear" w:color="auto" w:fill="F58946"/>
          </w:tcPr>
          <w:p w14:paraId="1DFCE10C" w14:textId="77777777" w:rsidR="00C237BD" w:rsidRDefault="00000000">
            <w:pPr>
              <w:spacing w:before="80" w:after="80"/>
            </w:pPr>
            <w:r>
              <w:rPr>
                <w:b/>
                <w:color w:val="FFFFFF"/>
                <w:sz w:val="19"/>
              </w:rPr>
              <w:t>Identifiant / Courriel associé</w:t>
            </w:r>
          </w:p>
        </w:tc>
        <w:tc>
          <w:tcPr>
            <w:tcW w:w="1728" w:type="dxa"/>
            <w:shd w:val="clear" w:color="auto" w:fill="F58946"/>
          </w:tcPr>
          <w:p w14:paraId="09524AC7" w14:textId="77777777" w:rsidR="00C237BD" w:rsidRDefault="00000000">
            <w:pPr>
              <w:spacing w:before="80" w:after="80"/>
            </w:pPr>
            <w:r>
              <w:rPr>
                <w:b/>
                <w:color w:val="FFFFFF"/>
                <w:sz w:val="19"/>
              </w:rPr>
              <w:t>Contact de confiance configuré?</w:t>
            </w:r>
          </w:p>
        </w:tc>
        <w:tc>
          <w:tcPr>
            <w:tcW w:w="2160" w:type="dxa"/>
            <w:shd w:val="clear" w:color="auto" w:fill="F58946"/>
          </w:tcPr>
          <w:p w14:paraId="350B575C" w14:textId="77777777" w:rsidR="00C237BD" w:rsidRDefault="00000000">
            <w:pPr>
              <w:spacing w:before="80" w:after="80"/>
            </w:pPr>
            <w:r>
              <w:rPr>
                <w:b/>
                <w:color w:val="FFFFFF"/>
                <w:sz w:val="19"/>
              </w:rPr>
              <w:t>Directives spéciales</w:t>
            </w:r>
          </w:p>
        </w:tc>
      </w:tr>
      <w:tr w:rsidR="00C237BD" w14:paraId="38D8D8A9" w14:textId="77777777">
        <w:trPr>
          <w:jc w:val="center"/>
        </w:trPr>
        <w:tc>
          <w:tcPr>
            <w:tcW w:w="2880" w:type="dxa"/>
            <w:shd w:val="clear" w:color="auto" w:fill="FAFAFA"/>
          </w:tcPr>
          <w:p w14:paraId="5623E17E" w14:textId="77777777" w:rsidR="00C237BD" w:rsidRDefault="00000000">
            <w:r>
              <w:rPr>
                <w:b/>
              </w:rPr>
              <w:t>Compte Google / Gmail</w:t>
            </w:r>
          </w:p>
        </w:tc>
        <w:tc>
          <w:tcPr>
            <w:tcW w:w="2592" w:type="dxa"/>
            <w:shd w:val="clear" w:color="auto" w:fill="FAFAFA"/>
          </w:tcPr>
          <w:p w14:paraId="398E8E0B" w14:textId="77777777" w:rsidR="00C237BD" w:rsidRDefault="00000000">
            <w:pPr>
              <w:spacing w:before="80" w:after="80"/>
            </w:pPr>
            <w:r>
              <w:rPr>
                <w:sz w:val="19"/>
              </w:rPr>
              <w:t xml:space="preserve"> </w:t>
            </w:r>
          </w:p>
        </w:tc>
        <w:tc>
          <w:tcPr>
            <w:tcW w:w="1728" w:type="dxa"/>
            <w:shd w:val="clear" w:color="auto" w:fill="FAFAFA"/>
          </w:tcPr>
          <w:p w14:paraId="2CEC0BB9" w14:textId="77777777" w:rsidR="00C237BD" w:rsidRPr="00DE230B" w:rsidRDefault="00000000">
            <w:pPr>
              <w:rPr>
                <w:lang w:val="fr-CA"/>
              </w:rPr>
            </w:pPr>
            <w:r w:rsidRPr="00DE230B">
              <w:rPr>
                <w:lang w:val="fr-CA"/>
              </w:rPr>
              <w:t>Oui (Gestionnaire de compte inactif)</w:t>
            </w:r>
          </w:p>
        </w:tc>
        <w:tc>
          <w:tcPr>
            <w:tcW w:w="2160" w:type="dxa"/>
            <w:shd w:val="clear" w:color="auto" w:fill="FAFAFA"/>
          </w:tcPr>
          <w:p w14:paraId="768A75DF" w14:textId="77777777" w:rsidR="00C237BD" w:rsidRDefault="00000000">
            <w:proofErr w:type="spellStart"/>
            <w:r>
              <w:t>Contient</w:t>
            </w:r>
            <w:proofErr w:type="spellEnd"/>
            <w:r>
              <w:t xml:space="preserve"> les factures </w:t>
            </w:r>
            <w:proofErr w:type="spellStart"/>
            <w:r>
              <w:t>numériques</w:t>
            </w:r>
            <w:proofErr w:type="spellEnd"/>
          </w:p>
        </w:tc>
      </w:tr>
      <w:tr w:rsidR="00C237BD" w:rsidRPr="00DE230B" w14:paraId="7FC6DCCD" w14:textId="77777777">
        <w:trPr>
          <w:jc w:val="center"/>
        </w:trPr>
        <w:tc>
          <w:tcPr>
            <w:tcW w:w="2880" w:type="dxa"/>
            <w:shd w:val="clear" w:color="auto" w:fill="FFFFFF"/>
          </w:tcPr>
          <w:p w14:paraId="71FC8D67" w14:textId="77777777" w:rsidR="00C237BD" w:rsidRDefault="00000000">
            <w:r>
              <w:rPr>
                <w:b/>
              </w:rPr>
              <w:t>Facebook</w:t>
            </w:r>
          </w:p>
        </w:tc>
        <w:tc>
          <w:tcPr>
            <w:tcW w:w="2592" w:type="dxa"/>
            <w:shd w:val="clear" w:color="auto" w:fill="FFFFFF"/>
          </w:tcPr>
          <w:p w14:paraId="00C9A999" w14:textId="77777777" w:rsidR="00C237BD" w:rsidRDefault="00000000">
            <w:pPr>
              <w:spacing w:before="80" w:after="80"/>
            </w:pPr>
            <w:r>
              <w:rPr>
                <w:sz w:val="19"/>
              </w:rPr>
              <w:t xml:space="preserve"> </w:t>
            </w:r>
          </w:p>
        </w:tc>
        <w:tc>
          <w:tcPr>
            <w:tcW w:w="1728" w:type="dxa"/>
            <w:shd w:val="clear" w:color="auto" w:fill="FFFFFF"/>
          </w:tcPr>
          <w:p w14:paraId="537C0BC0" w14:textId="77777777" w:rsidR="00C237BD" w:rsidRDefault="00000000">
            <w:r>
              <w:t>Non</w:t>
            </w:r>
          </w:p>
        </w:tc>
        <w:tc>
          <w:tcPr>
            <w:tcW w:w="2160" w:type="dxa"/>
            <w:shd w:val="clear" w:color="auto" w:fill="FFFFFF"/>
          </w:tcPr>
          <w:p w14:paraId="58DBB54B" w14:textId="77777777" w:rsidR="00C237BD" w:rsidRPr="00DE230B" w:rsidRDefault="00000000">
            <w:pPr>
              <w:rPr>
                <w:lang w:val="fr-CA"/>
              </w:rPr>
            </w:pPr>
            <w:r w:rsidRPr="00DE230B">
              <w:rPr>
                <w:lang w:val="fr-CA"/>
              </w:rPr>
              <w:t>Transformer en compte de commémoration</w:t>
            </w:r>
          </w:p>
        </w:tc>
      </w:tr>
      <w:tr w:rsidR="00C237BD" w:rsidRPr="00DE230B" w14:paraId="788CF0AD" w14:textId="77777777">
        <w:trPr>
          <w:jc w:val="center"/>
        </w:trPr>
        <w:tc>
          <w:tcPr>
            <w:tcW w:w="2880" w:type="dxa"/>
            <w:shd w:val="clear" w:color="auto" w:fill="FAFAFA"/>
          </w:tcPr>
          <w:p w14:paraId="0B11AD85" w14:textId="77777777" w:rsidR="00C237BD" w:rsidRPr="00DE230B" w:rsidRDefault="00000000">
            <w:pPr>
              <w:spacing w:before="80" w:after="80"/>
              <w:rPr>
                <w:lang w:val="fr-CA"/>
              </w:rPr>
            </w:pPr>
            <w:r w:rsidRPr="00DE230B">
              <w:rPr>
                <w:sz w:val="19"/>
                <w:lang w:val="fr-CA"/>
              </w:rPr>
              <w:t xml:space="preserve"> </w:t>
            </w:r>
          </w:p>
        </w:tc>
        <w:tc>
          <w:tcPr>
            <w:tcW w:w="2592" w:type="dxa"/>
            <w:shd w:val="clear" w:color="auto" w:fill="FAFAFA"/>
          </w:tcPr>
          <w:p w14:paraId="403A8356" w14:textId="77777777" w:rsidR="00C237BD" w:rsidRPr="00DE230B" w:rsidRDefault="00000000">
            <w:pPr>
              <w:spacing w:before="80" w:after="80"/>
              <w:rPr>
                <w:lang w:val="fr-CA"/>
              </w:rPr>
            </w:pPr>
            <w:r w:rsidRPr="00DE230B">
              <w:rPr>
                <w:sz w:val="19"/>
                <w:lang w:val="fr-CA"/>
              </w:rPr>
              <w:t xml:space="preserve"> </w:t>
            </w:r>
          </w:p>
        </w:tc>
        <w:tc>
          <w:tcPr>
            <w:tcW w:w="1728" w:type="dxa"/>
            <w:shd w:val="clear" w:color="auto" w:fill="FAFAFA"/>
          </w:tcPr>
          <w:p w14:paraId="1FCD40AD" w14:textId="77777777" w:rsidR="00C237BD" w:rsidRPr="00DE230B" w:rsidRDefault="00000000">
            <w:pPr>
              <w:spacing w:before="80" w:after="80"/>
              <w:rPr>
                <w:lang w:val="fr-CA"/>
              </w:rPr>
            </w:pPr>
            <w:r w:rsidRPr="00DE230B">
              <w:rPr>
                <w:sz w:val="19"/>
                <w:lang w:val="fr-CA"/>
              </w:rPr>
              <w:t xml:space="preserve"> </w:t>
            </w:r>
          </w:p>
        </w:tc>
        <w:tc>
          <w:tcPr>
            <w:tcW w:w="2160" w:type="dxa"/>
            <w:shd w:val="clear" w:color="auto" w:fill="FAFAFA"/>
          </w:tcPr>
          <w:p w14:paraId="2036FCCC" w14:textId="77777777" w:rsidR="00C237BD" w:rsidRPr="00DE230B" w:rsidRDefault="00000000">
            <w:pPr>
              <w:spacing w:before="80" w:after="80"/>
              <w:rPr>
                <w:lang w:val="fr-CA"/>
              </w:rPr>
            </w:pPr>
            <w:r w:rsidRPr="00DE230B">
              <w:rPr>
                <w:sz w:val="19"/>
                <w:lang w:val="fr-CA"/>
              </w:rPr>
              <w:t xml:space="preserve"> </w:t>
            </w:r>
          </w:p>
        </w:tc>
      </w:tr>
    </w:tbl>
    <w:p w14:paraId="51FA237E" w14:textId="77777777" w:rsidR="00C237BD" w:rsidRPr="00DE230B" w:rsidRDefault="00C237BD">
      <w:pPr>
        <w:spacing w:before="120"/>
        <w:rPr>
          <w:lang w:val="fr-CA"/>
        </w:rPr>
      </w:pPr>
    </w:p>
    <w:p w14:paraId="0430825A" w14:textId="77777777" w:rsidR="00C237BD" w:rsidRPr="00DE230B" w:rsidRDefault="00000000">
      <w:pPr>
        <w:rPr>
          <w:lang w:val="fr-CA"/>
        </w:rPr>
      </w:pPr>
      <w:r w:rsidRPr="00DE230B">
        <w:rPr>
          <w:lang w:val="fr-CA"/>
        </w:rPr>
        <w:br w:type="page"/>
      </w:r>
    </w:p>
    <w:p w14:paraId="5405678C" w14:textId="77777777" w:rsidR="00C237BD" w:rsidRPr="00DE230B" w:rsidRDefault="00000000">
      <w:pPr>
        <w:pStyle w:val="Heading1"/>
        <w:rPr>
          <w:lang w:val="fr-CA"/>
        </w:rPr>
      </w:pPr>
      <w:r w:rsidRPr="00DE230B">
        <w:rPr>
          <w:lang w:val="fr-CA"/>
        </w:rPr>
        <w:lastRenderedPageBreak/>
        <w:t>6. Clôture de l'Inventaire et Signatures</w:t>
      </w:r>
    </w:p>
    <w:p w14:paraId="6E62502E" w14:textId="77777777" w:rsidR="00C237BD" w:rsidRPr="00DE230B" w:rsidRDefault="00000000">
      <w:pPr>
        <w:rPr>
          <w:lang w:val="fr-CA"/>
        </w:rPr>
      </w:pPr>
      <w:r w:rsidRPr="00DE230B">
        <w:rPr>
          <w:lang w:val="fr-CA"/>
        </w:rPr>
        <w:t>Conformément aux lois du Québec, l'inventaire successoral doit être daté et signé devant deux témoins qui certifient l'identité du liquidateur et sa signature. Une fois signé, l'avis de clôture d'inventaire doit être publié au Registre des droits personnels et réels mobiliers (RDPRM) et dans un journal local.</w:t>
      </w:r>
    </w:p>
    <w:p w14:paraId="4CAAEB3F" w14:textId="77777777" w:rsidR="00C237BD" w:rsidRPr="00DE230B" w:rsidRDefault="00000000">
      <w:pPr>
        <w:pStyle w:val="Heading2"/>
        <w:rPr>
          <w:lang w:val="fr-CA"/>
        </w:rPr>
      </w:pPr>
      <w:r w:rsidRPr="00DE230B">
        <w:rPr>
          <w:lang w:val="fr-CA"/>
        </w:rPr>
        <w:t>6.1 Déclaration du liquidateur</w:t>
      </w:r>
    </w:p>
    <w:p w14:paraId="540FB75D" w14:textId="77777777" w:rsidR="00C237BD" w:rsidRPr="00DE230B" w:rsidRDefault="00000000">
      <w:pPr>
        <w:rPr>
          <w:lang w:val="fr-CA"/>
        </w:rPr>
      </w:pPr>
      <w:r w:rsidRPr="00DE230B">
        <w:rPr>
          <w:i/>
          <w:lang w:val="fr-CA"/>
        </w:rPr>
        <w:t>Je soussigné(e), _________________________________________, agissant en qualité de liquidateur de la succession de _________________________________________, déclare solennellement que le présent inventaire contient une description fidèle et complète de tous les actifs et passifs du défunt dont j'ai pu avoir connaissance à ce jour.</w:t>
      </w:r>
    </w:p>
    <w:p w14:paraId="79FA3EB4" w14:textId="77777777" w:rsidR="00C237BD" w:rsidRPr="00DE230B" w:rsidRDefault="00000000">
      <w:pPr>
        <w:rPr>
          <w:lang w:val="fr-CA"/>
        </w:rPr>
      </w:pPr>
      <w:r w:rsidRPr="00DE230B">
        <w:rPr>
          <w:lang w:val="fr-CA"/>
        </w:rPr>
        <w:t>Fait à : ___________________________, le : __________________________ 2026</w:t>
      </w:r>
    </w:p>
    <w:p w14:paraId="10446A04" w14:textId="77777777" w:rsidR="00C237BD" w:rsidRPr="00DE230B" w:rsidRDefault="00000000">
      <w:pPr>
        <w:rPr>
          <w:lang w:val="fr-CA"/>
        </w:rPr>
      </w:pPr>
      <w:r w:rsidRPr="00DE230B">
        <w:rPr>
          <w:lang w:val="fr-CA"/>
        </w:rPr>
        <w:br/>
        <w:t>Signature du liquidateur : _________________________________________</w:t>
      </w:r>
      <w:r w:rsidRPr="00DE230B">
        <w:rPr>
          <w:lang w:val="fr-CA"/>
        </w:rPr>
        <w:br/>
      </w:r>
    </w:p>
    <w:p w14:paraId="2BA3E137" w14:textId="77777777" w:rsidR="00C237BD" w:rsidRPr="00DE230B" w:rsidRDefault="00000000">
      <w:pPr>
        <w:pStyle w:val="Heading2"/>
        <w:rPr>
          <w:lang w:val="fr-CA"/>
        </w:rPr>
      </w:pPr>
      <w:r w:rsidRPr="00DE230B">
        <w:rPr>
          <w:lang w:val="fr-CA"/>
        </w:rPr>
        <w:t>6.2 Attestation des témoins (requis pour l'acte sous seing privé)</w:t>
      </w:r>
    </w:p>
    <w:p w14:paraId="4903B294" w14:textId="77777777" w:rsidR="00C237BD" w:rsidRPr="00DE230B" w:rsidRDefault="00000000">
      <w:pPr>
        <w:spacing w:after="240"/>
        <w:rPr>
          <w:lang w:val="fr-CA"/>
        </w:rPr>
      </w:pPr>
      <w:r w:rsidRPr="00DE230B">
        <w:rPr>
          <w:lang w:val="fr-CA"/>
        </w:rPr>
        <w:t>Nous, soussignés, attestons que le liquidateur mentionné ci-dessus a signé cet inventaire en notre présence.</w:t>
      </w:r>
    </w:p>
    <w:tbl>
      <w:tblPr>
        <w:tblStyle w:val="TableGrid"/>
        <w:tblW w:w="0" w:type="auto"/>
        <w:jc w:val="center"/>
        <w:tblLayout w:type="fixed"/>
        <w:tblLook w:val="04A0" w:firstRow="1" w:lastRow="0" w:firstColumn="1" w:lastColumn="0" w:noHBand="0" w:noVBand="1"/>
      </w:tblPr>
      <w:tblGrid>
        <w:gridCol w:w="4680"/>
        <w:gridCol w:w="4680"/>
      </w:tblGrid>
      <w:tr w:rsidR="00C237BD" w14:paraId="1F5F470A" w14:textId="77777777">
        <w:trPr>
          <w:jc w:val="center"/>
        </w:trPr>
        <w:tc>
          <w:tcPr>
            <w:tcW w:w="4680" w:type="dxa"/>
            <w:shd w:val="clear" w:color="auto" w:fill="F58946"/>
          </w:tcPr>
          <w:p w14:paraId="2DE6A910" w14:textId="77777777" w:rsidR="00C237BD" w:rsidRDefault="00000000">
            <w:pPr>
              <w:spacing w:before="80" w:after="80"/>
            </w:pPr>
            <w:proofErr w:type="spellStart"/>
            <w:r>
              <w:rPr>
                <w:b/>
                <w:color w:val="FFFFFF"/>
                <w:sz w:val="19"/>
              </w:rPr>
              <w:t>Témoin</w:t>
            </w:r>
            <w:proofErr w:type="spellEnd"/>
            <w:r>
              <w:rPr>
                <w:b/>
                <w:color w:val="FFFFFF"/>
                <w:sz w:val="19"/>
              </w:rPr>
              <w:t xml:space="preserve"> 1</w:t>
            </w:r>
          </w:p>
        </w:tc>
        <w:tc>
          <w:tcPr>
            <w:tcW w:w="4680" w:type="dxa"/>
            <w:shd w:val="clear" w:color="auto" w:fill="F58946"/>
          </w:tcPr>
          <w:p w14:paraId="04F0A7BA" w14:textId="77777777" w:rsidR="00C237BD" w:rsidRDefault="00000000">
            <w:pPr>
              <w:spacing w:before="80" w:after="80"/>
            </w:pPr>
            <w:r>
              <w:rPr>
                <w:b/>
                <w:color w:val="FFFFFF"/>
                <w:sz w:val="19"/>
              </w:rPr>
              <w:t>Témoin 2</w:t>
            </w:r>
          </w:p>
        </w:tc>
      </w:tr>
      <w:tr w:rsidR="00C237BD" w14:paraId="1B2C6A2B" w14:textId="77777777">
        <w:trPr>
          <w:jc w:val="center"/>
        </w:trPr>
        <w:tc>
          <w:tcPr>
            <w:tcW w:w="4680" w:type="dxa"/>
            <w:shd w:val="clear" w:color="auto" w:fill="FFFFFF"/>
          </w:tcPr>
          <w:p w14:paraId="25351484" w14:textId="77777777" w:rsidR="00C237BD" w:rsidRDefault="00000000">
            <w:r>
              <w:rPr>
                <w:color w:val="505050"/>
              </w:rPr>
              <w:t>Nom : __________________________________</w:t>
            </w:r>
          </w:p>
        </w:tc>
        <w:tc>
          <w:tcPr>
            <w:tcW w:w="4680" w:type="dxa"/>
            <w:shd w:val="clear" w:color="auto" w:fill="FFFFFF"/>
          </w:tcPr>
          <w:p w14:paraId="0060C32E" w14:textId="77777777" w:rsidR="00C237BD" w:rsidRDefault="00000000">
            <w:r>
              <w:rPr>
                <w:color w:val="505050"/>
              </w:rPr>
              <w:t>Nom : __________________________________</w:t>
            </w:r>
          </w:p>
        </w:tc>
      </w:tr>
      <w:tr w:rsidR="00C237BD" w14:paraId="1EA7D120" w14:textId="77777777">
        <w:trPr>
          <w:jc w:val="center"/>
        </w:trPr>
        <w:tc>
          <w:tcPr>
            <w:tcW w:w="4680" w:type="dxa"/>
            <w:shd w:val="clear" w:color="auto" w:fill="FFFFFF"/>
          </w:tcPr>
          <w:p w14:paraId="11F1BEC7" w14:textId="77777777" w:rsidR="00C237BD" w:rsidRDefault="00000000">
            <w:r>
              <w:rPr>
                <w:color w:val="505050"/>
              </w:rPr>
              <w:t>Signature : ___________________________</w:t>
            </w:r>
          </w:p>
        </w:tc>
        <w:tc>
          <w:tcPr>
            <w:tcW w:w="4680" w:type="dxa"/>
            <w:shd w:val="clear" w:color="auto" w:fill="FFFFFF"/>
          </w:tcPr>
          <w:p w14:paraId="0230A147" w14:textId="77777777" w:rsidR="00C237BD" w:rsidRDefault="00000000">
            <w:r>
              <w:rPr>
                <w:color w:val="505050"/>
              </w:rPr>
              <w:t>Signature : ___________________________</w:t>
            </w:r>
          </w:p>
        </w:tc>
      </w:tr>
      <w:tr w:rsidR="00C237BD" w14:paraId="371698BB" w14:textId="77777777">
        <w:trPr>
          <w:jc w:val="center"/>
        </w:trPr>
        <w:tc>
          <w:tcPr>
            <w:tcW w:w="4680" w:type="dxa"/>
            <w:shd w:val="clear" w:color="auto" w:fill="FFFFFF"/>
          </w:tcPr>
          <w:p w14:paraId="270E722D" w14:textId="77777777" w:rsidR="00C237BD" w:rsidRDefault="00000000">
            <w:r>
              <w:rPr>
                <w:color w:val="505050"/>
              </w:rPr>
              <w:t>Date : __________________________________</w:t>
            </w:r>
          </w:p>
        </w:tc>
        <w:tc>
          <w:tcPr>
            <w:tcW w:w="4680" w:type="dxa"/>
            <w:shd w:val="clear" w:color="auto" w:fill="FFFFFF"/>
          </w:tcPr>
          <w:p w14:paraId="703EDFA4" w14:textId="77777777" w:rsidR="00C237BD" w:rsidRDefault="00000000">
            <w:r>
              <w:rPr>
                <w:color w:val="505050"/>
              </w:rPr>
              <w:t>Date : __________________________________</w:t>
            </w:r>
          </w:p>
        </w:tc>
      </w:tr>
    </w:tbl>
    <w:p w14:paraId="78EE050A" w14:textId="77777777" w:rsidR="00C237BD" w:rsidRDefault="00C237BD">
      <w:pPr>
        <w:spacing w:before="120"/>
      </w:pPr>
    </w:p>
    <w:p w14:paraId="5E4438EE" w14:textId="77777777" w:rsidR="00C237BD" w:rsidRDefault="00C237BD">
      <w:pPr>
        <w:spacing w:before="240"/>
      </w:pPr>
    </w:p>
    <w:p w14:paraId="7A48FCAA" w14:textId="77777777" w:rsidR="00C237BD" w:rsidRPr="00DE230B" w:rsidRDefault="00000000">
      <w:pPr>
        <w:pBdr>
          <w:left w:val="single" w:sz="24" w:space="12" w:color="F58946"/>
        </w:pBdr>
        <w:shd w:val="clear" w:color="auto" w:fill="FDF2EC"/>
        <w:spacing w:before="160" w:after="160"/>
        <w:ind w:left="360"/>
        <w:rPr>
          <w:lang w:val="fr-CA"/>
        </w:rPr>
      </w:pPr>
      <w:r>
        <w:rPr>
          <w:b/>
          <w:color w:val="F58946"/>
        </w:rPr>
        <w:lastRenderedPageBreak/>
        <w:t>💡</w:t>
      </w:r>
      <w:r w:rsidRPr="00DE230B">
        <w:rPr>
          <w:b/>
          <w:color w:val="F58946"/>
          <w:lang w:val="fr-CA"/>
        </w:rPr>
        <w:t xml:space="preserve"> Juriclik.ca — Vos experts juridiques à portée de clic</w:t>
      </w:r>
      <w:r w:rsidRPr="00DE230B">
        <w:rPr>
          <w:b/>
          <w:color w:val="F58946"/>
          <w:lang w:val="fr-CA"/>
        </w:rPr>
        <w:br/>
      </w:r>
      <w:r w:rsidRPr="00DE230B">
        <w:rPr>
          <w:i/>
          <w:color w:val="505050"/>
          <w:sz w:val="19"/>
          <w:lang w:val="fr-CA"/>
        </w:rPr>
        <w:t xml:space="preserve">Besoin d'aide pour vos recherches testamentaires, la liquidation de la succession, ou pour des conseils juridiques personnalisés d'un avocat ou notaire partenaire au </w:t>
      </w:r>
      <w:proofErr w:type="gramStart"/>
      <w:r w:rsidRPr="00DE230B">
        <w:rPr>
          <w:i/>
          <w:color w:val="505050"/>
          <w:sz w:val="19"/>
          <w:lang w:val="fr-CA"/>
        </w:rPr>
        <w:t>Québec ?</w:t>
      </w:r>
      <w:proofErr w:type="gramEnd"/>
      <w:r w:rsidRPr="00DE230B">
        <w:rPr>
          <w:i/>
          <w:color w:val="505050"/>
          <w:sz w:val="19"/>
          <w:lang w:val="fr-CA"/>
        </w:rPr>
        <w:t xml:space="preserve"> Visitez Juriclik.</w:t>
      </w:r>
      <w:proofErr w:type="spellStart"/>
      <w:r w:rsidRPr="00DE230B">
        <w:rPr>
          <w:i/>
          <w:color w:val="505050"/>
          <w:sz w:val="19"/>
          <w:lang w:val="fr-CA"/>
        </w:rPr>
        <w:t>ca</w:t>
      </w:r>
      <w:proofErr w:type="spellEnd"/>
      <w:r w:rsidRPr="00DE230B">
        <w:rPr>
          <w:i/>
          <w:color w:val="505050"/>
          <w:sz w:val="19"/>
          <w:lang w:val="fr-CA"/>
        </w:rPr>
        <w:t xml:space="preserve"> ou contactez notre équipe de support. Nous rendons le droit accessible à tous.</w:t>
      </w:r>
    </w:p>
    <w:sectPr w:rsidR="00C237BD" w:rsidRPr="00DE230B" w:rsidSect="00034616">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277A2C6" w14:textId="77777777" w:rsidR="00EC2794" w:rsidRDefault="00EC2794">
      <w:pPr>
        <w:spacing w:after="0" w:line="240" w:lineRule="auto"/>
      </w:pPr>
      <w:r>
        <w:separator/>
      </w:r>
    </w:p>
  </w:endnote>
  <w:endnote w:type="continuationSeparator" w:id="0">
    <w:p w14:paraId="74459AE6" w14:textId="77777777" w:rsidR="00EC2794" w:rsidRDefault="00EC27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Poppins">
    <w:panose1 w:val="00000500000000000000"/>
    <w:charset w:val="4D"/>
    <w:family w:val="auto"/>
    <w:pitch w:val="variable"/>
    <w:sig w:usb0="00008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97CE56" w14:textId="77777777" w:rsidR="00C237BD" w:rsidRPr="00DE230B" w:rsidRDefault="00000000">
    <w:pPr>
      <w:pStyle w:val="Footer"/>
      <w:jc w:val="center"/>
      <w:rPr>
        <w:lang w:val="fr-CA"/>
      </w:rPr>
    </w:pPr>
    <w:r w:rsidRPr="00DE230B">
      <w:rPr>
        <w:color w:val="969696"/>
        <w:sz w:val="17"/>
        <w:lang w:val="fr-CA"/>
      </w:rPr>
      <w:t xml:space="preserve">Formulaire offert gratuitement par Juriclik.ca — Page </w:t>
    </w:r>
    <w:r>
      <w:fldChar w:fldCharType="begin"/>
    </w:r>
    <w:r w:rsidRPr="00DE230B">
      <w:rPr>
        <w:lang w:val="fr-CA"/>
      </w:rPr>
      <w:instrText>PAGE</w:instrText>
    </w:r>
    <w:r>
      <w:fldChar w:fldCharType="separate"/>
    </w:r>
    <w:r w:rsidR="00DE230B" w:rsidRPr="00DE230B">
      <w:rPr>
        <w:noProof/>
        <w:lang w:val="fr-CA"/>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3769030" w14:textId="77777777" w:rsidR="00EC2794" w:rsidRDefault="00EC2794">
      <w:pPr>
        <w:spacing w:after="0" w:line="240" w:lineRule="auto"/>
      </w:pPr>
      <w:r>
        <w:separator/>
      </w:r>
    </w:p>
  </w:footnote>
  <w:footnote w:type="continuationSeparator" w:id="0">
    <w:p w14:paraId="2677BD5F" w14:textId="77777777" w:rsidR="00EC2794" w:rsidRDefault="00EC27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00F013" w14:textId="77777777" w:rsidR="00C237BD" w:rsidRPr="00DE230B" w:rsidRDefault="00000000">
    <w:pPr>
      <w:pStyle w:val="Header"/>
      <w:jc w:val="right"/>
      <w:rPr>
        <w:lang w:val="fr-CA"/>
      </w:rPr>
    </w:pPr>
    <w:r w:rsidRPr="00DE230B">
      <w:rPr>
        <w:color w:val="969696"/>
        <w:sz w:val="17"/>
        <w:lang w:val="fr-CA"/>
      </w:rPr>
      <w:t>Juriclik.ca | Modèle d'Inventaire de Succession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75160404">
    <w:abstractNumId w:val="8"/>
  </w:num>
  <w:num w:numId="2" w16cid:durableId="1973830606">
    <w:abstractNumId w:val="6"/>
  </w:num>
  <w:num w:numId="3" w16cid:durableId="253978755">
    <w:abstractNumId w:val="5"/>
  </w:num>
  <w:num w:numId="4" w16cid:durableId="1566715836">
    <w:abstractNumId w:val="4"/>
  </w:num>
  <w:num w:numId="5" w16cid:durableId="596717245">
    <w:abstractNumId w:val="7"/>
  </w:num>
  <w:num w:numId="6" w16cid:durableId="1162425045">
    <w:abstractNumId w:val="3"/>
  </w:num>
  <w:num w:numId="7" w16cid:durableId="1018392464">
    <w:abstractNumId w:val="2"/>
  </w:num>
  <w:num w:numId="8" w16cid:durableId="1454710067">
    <w:abstractNumId w:val="1"/>
  </w:num>
  <w:num w:numId="9" w16cid:durableId="131224814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A14C8A"/>
    <w:rsid w:val="00AA1D8D"/>
    <w:rsid w:val="00B47730"/>
    <w:rsid w:val="00C237BD"/>
    <w:rsid w:val="00CB0664"/>
    <w:rsid w:val="00DE230B"/>
    <w:rsid w:val="00EC279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C1E7D4"/>
  <w14:defaultImageDpi w14:val="300"/>
  <w15:docId w15:val="{CDDE8C21-DD86-5149-9E4D-F4D9B7993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Poppins" w:hAnsi="Poppins"/>
      <w:color w:val="3C3C3C"/>
      <w:sz w:val="20"/>
    </w:rPr>
  </w:style>
  <w:style w:type="paragraph" w:styleId="Heading1">
    <w:name w:val="heading 1"/>
    <w:basedOn w:val="Normal"/>
    <w:next w:val="Normal"/>
    <w:link w:val="Heading1Char"/>
    <w:uiPriority w:val="9"/>
    <w:qFormat/>
    <w:rsid w:val="00FC693F"/>
    <w:pPr>
      <w:keepNext/>
      <w:keepLines/>
      <w:spacing w:before="360" w:after="160"/>
      <w:outlineLvl w:val="0"/>
    </w:pPr>
    <w:rPr>
      <w:rFonts w:asciiTheme="majorHAnsi" w:eastAsiaTheme="majorEastAsia" w:hAnsiTheme="majorHAnsi" w:cstheme="majorBidi"/>
      <w:b/>
      <w:bCs/>
      <w:color w:val="F58946"/>
      <w:sz w:val="36"/>
      <w:szCs w:val="28"/>
    </w:rPr>
  </w:style>
  <w:style w:type="paragraph" w:styleId="Heading2">
    <w:name w:val="heading 2"/>
    <w:basedOn w:val="Normal"/>
    <w:next w:val="Normal"/>
    <w:link w:val="Heading2Char"/>
    <w:uiPriority w:val="9"/>
    <w:unhideWhenUsed/>
    <w:qFormat/>
    <w:rsid w:val="00FC693F"/>
    <w:pPr>
      <w:keepNext/>
      <w:keepLines/>
      <w:spacing w:before="280"/>
      <w:outlineLvl w:val="1"/>
    </w:pPr>
    <w:rPr>
      <w:rFonts w:asciiTheme="majorHAnsi" w:eastAsiaTheme="majorEastAsia" w:hAnsiTheme="majorHAnsi" w:cstheme="majorBidi"/>
      <w:b/>
      <w:bCs/>
      <w:color w:val="F58946"/>
      <w:sz w:val="26"/>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b/>
      <w:bCs/>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1089</Words>
  <Characters>6208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7283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louisphilippe savard</cp:lastModifiedBy>
  <cp:revision>2</cp:revision>
  <dcterms:created xsi:type="dcterms:W3CDTF">2013-12-23T23:15:00Z</dcterms:created>
  <dcterms:modified xsi:type="dcterms:W3CDTF">2026-08-14T15:07:00Z</dcterms:modified>
  <cp:category/>
</cp:coreProperties>
</file>